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20"/>
      </w:pPr>
      <w:r>
        <w:t>My Visual Schedule: A Printable Picture Schedule for Kids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512"/>
      </w:tblGrid>
      <w:tr>
        <w:trPr>
          <w:cantSplit/>
        </w:trPr>
        <w:tc>
          <w:tcPr>
            <w:tcW w:type="dxa" w:w="10512"/>
            <w:shd w:val="clear" w:color="auto" w:fill="FFF6E8"/>
            <w:tcBorders>
              <w:top w:val="single" w:sz="18" w:space="0" w:color="E07A1F"/>
              <w:left w:val="single" w:sz="18" w:space="0" w:color="E07A1F"/>
              <w:bottom w:val="single" w:sz="18" w:space="0" w:color="E07A1F"/>
              <w:right w:val="single" w:sz="18" w:space="0" w:color="E07A1F"/>
            </w:tcBorders>
            <w:tcMar>
              <w:top w:w="100" w:type="dxa"/>
              <w:left w:w="180" w:type="dxa"/>
              <w:bottom w:w="100" w:type="dxa"/>
              <w:right w:w="180" w:type="dxa"/>
            </w:tcMar>
          </w:tcPr>
          <w:p>
            <w:pPr>
              <w:spacing w:after="60" w:before="0" w:line="240" w:lineRule="auto"/>
            </w:pPr>
            <w:r>
              <w:rPr>
                <w:rFonts w:ascii="Georgia" w:hAnsi="Georgia" w:eastAsia="Georgia"/>
                <w:b/>
                <w:i w:val="0"/>
                <w:color w:val="9A4A0B"/>
                <w:sz w:val="30"/>
              </w:rPr>
              <w:t>How to edit this Word file</w:t>
            </w:r>
          </w:p>
          <w:p>
            <w:pPr>
              <w:pStyle w:val="ListBullet"/>
              <w:spacing w:after="20" w:before="0" w:line="240" w:lineRule="auto"/>
            </w:pPr>
            <w:r>
              <w:rPr>
                <w:b/>
                <w:i w:val="0"/>
                <w:color w:val="1D2B36"/>
                <w:sz w:val="22"/>
              </w:rPr>
              <w:t xml:space="preserve">Move a card: </w:t>
            </w:r>
            <w:r>
              <w:rPr>
                <w:b w:val="0"/>
                <w:i w:val="0"/>
                <w:sz w:val="22"/>
              </w:rPr>
              <w:t>click in the card, select its picture and its word, then cut (Ctrl+X) and paste (Ctrl+V) into another box. You can also drag the selection.</w:t>
            </w:r>
          </w:p>
          <w:p>
            <w:pPr>
              <w:pStyle w:val="ListBullet"/>
              <w:spacing w:after="20" w:before="0" w:line="240" w:lineRule="auto"/>
            </w:pPr>
            <w:r>
              <w:rPr>
                <w:b/>
                <w:i w:val="0"/>
                <w:color w:val="1D2B36"/>
                <w:sz w:val="22"/>
              </w:rPr>
              <w:t xml:space="preserve">Change the words: </w:t>
            </w:r>
            <w:r>
              <w:rPr>
                <w:b w:val="0"/>
                <w:i w:val="0"/>
                <w:sz w:val="22"/>
              </w:rPr>
              <w:t>click the word under a picture and type.</w:t>
            </w:r>
          </w:p>
          <w:p>
            <w:pPr>
              <w:pStyle w:val="ListBullet"/>
              <w:spacing w:after="20" w:before="0" w:line="240" w:lineRule="auto"/>
            </w:pPr>
            <w:r>
              <w:rPr>
                <w:b/>
                <w:i w:val="0"/>
                <w:color w:val="1D2B36"/>
                <w:sz w:val="22"/>
              </w:rPr>
              <w:t xml:space="preserve">Swap a picture: </w:t>
            </w:r>
            <w:r>
              <w:rPr>
                <w:b w:val="0"/>
                <w:i w:val="0"/>
                <w:sz w:val="22"/>
              </w:rPr>
              <w:t>right-click the picture and choose Change Picture (Mac: Control-click). Pick your own photo or image.</w:t>
            </w:r>
          </w:p>
          <w:p>
            <w:pPr>
              <w:pStyle w:val="ListBullet"/>
              <w:spacing w:after="20" w:before="0" w:line="240" w:lineRule="auto"/>
            </w:pPr>
            <w:r>
              <w:rPr>
                <w:b/>
                <w:i w:val="0"/>
                <w:color w:val="1D2B36"/>
                <w:sz w:val="22"/>
              </w:rPr>
              <w:t xml:space="preserve">Remove a card: </w:t>
            </w:r>
            <w:r>
              <w:rPr>
                <w:b w:val="0"/>
                <w:i w:val="0"/>
                <w:sz w:val="22"/>
              </w:rPr>
              <w:t>select its picture and word and press Delete. The empty box stays so the page does not shift.</w:t>
            </w:r>
          </w:p>
          <w:p>
            <w:pPr>
              <w:pStyle w:val="ListBullet"/>
              <w:spacing w:after="20" w:before="0" w:line="240" w:lineRule="auto"/>
            </w:pPr>
            <w:r>
              <w:rPr>
                <w:b/>
                <w:i w:val="0"/>
                <w:color w:val="1D2B36"/>
                <w:sz w:val="22"/>
              </w:rPr>
              <w:t xml:space="preserve">Add a card: </w:t>
            </w:r>
            <w:r>
              <w:rPr>
                <w:b w:val="0"/>
                <w:i w:val="0"/>
                <w:sz w:val="22"/>
              </w:rPr>
              <w:t>copy a card from the picture cards (pages 4–7) and paste it into an empty box.</w:t>
            </w:r>
          </w:p>
          <w:p>
            <w:pPr>
              <w:spacing w:after="0" w:before="40" w:line="240" w:lineRule="auto"/>
            </w:pPr>
            <w:r>
              <w:rPr>
                <w:b w:val="0"/>
                <w:i/>
                <w:color w:val="5A6B78"/>
                <w:sz w:val="22"/>
              </w:rPr>
              <w:t>Tip: the schedule on page 2 has a sample morning routine. Replace or delete those cards to make it your child’s.</w:t>
            </w:r>
          </w:p>
        </w:tc>
      </w:tr>
    </w:tbl>
    <w:p>
      <w:pPr>
        <w:spacing w:after="0" w:before="0" w:line="240" w:lineRule="auto"/>
      </w:pPr>
      <w:r>
        <w:rPr>
          <w:b w:val="0"/>
          <w:i w:val="0"/>
          <w:sz w:val="12"/>
        </w:rPr>
        <w:t xml:space="preserve"> </w:t>
      </w:r>
    </w:p>
    <w:p>
      <w:pPr>
        <w:spacing w:after="160"/>
      </w:pPr>
      <w:r>
        <w:rPr>
          <w:sz w:val="24"/>
        </w:rPr>
        <w:t>A visual schedule shows your child, step by step, what will happen and in what order. It makes routines predictable, which can make transitions calmer and help promote your child’s independence.</w:t>
      </w:r>
    </w:p>
    <w:p>
      <w:pPr>
        <w:pStyle w:val="Heading2"/>
      </w:pPr>
      <w:r>
        <w:t>How to use your visual schedule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648"/>
        <w:gridCol w:w="9864"/>
      </w:tblGrid>
      <w:tr>
        <w:trPr>
          <w:cantSplit/>
          <w:trHeight w:val="576" w:hRule="atLeast"/>
        </w:trPr>
        <w:tc>
          <w:tcPr>
            <w:tcW w:type="dxa" w:w="648"/>
            <w:shd w:val="clear" w:color="auto" w:fill="FFFFFF"/>
            <w:shd w:val="clear" w:color="auto" w:fill="0D5487"/>
            <w:vAlign w:val="center"/>
            <w:tcMar>
              <w:top w:w="20" w:type="dxa"/>
              <w:left w:w="20" w:type="dxa"/>
              <w:bottom w:w="20" w:type="dxa"/>
              <w:right w:w="20" w:type="dxa"/>
            </w:tcMar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FFFFFF"/>
                <w:sz w:val="28"/>
              </w:rPr>
              <w:t>1</w:t>
            </w:r>
          </w:p>
        </w:tc>
        <w:tc>
          <w:tcPr>
            <w:tcW w:type="dxa" w:w="9864"/>
            <w:tcMar>
              <w:top w:w="40" w:type="dxa"/>
              <w:left w:w="140" w:type="dxa"/>
              <w:bottom w:w="40" w:type="dxa"/>
              <w:right w:w="4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b/>
                <w:i w:val="0"/>
                <w:color w:val="004366"/>
                <w:sz w:val="26"/>
              </w:rPr>
              <w:t xml:space="preserve">Pick one routine. </w:t>
            </w:r>
            <w:r>
              <w:rPr>
                <w:b w:val="0"/>
                <w:i w:val="0"/>
                <w:sz w:val="24"/>
              </w:rPr>
              <w:t>Start with the hardest time of day, such as mornings or bedtime.</w:t>
            </w:r>
          </w:p>
        </w:tc>
      </w:tr>
      <w:tr>
        <w:trPr>
          <w:cantSplit/>
          <w:trHeight w:val="576" w:hRule="atLeast"/>
        </w:trPr>
        <w:tc>
          <w:tcPr>
            <w:tcW w:type="dxa" w:w="648"/>
            <w:shd w:val="clear" w:color="auto" w:fill="FFFFFF"/>
            <w:shd w:val="clear" w:color="auto" w:fill="0D5487"/>
            <w:vAlign w:val="center"/>
            <w:tcMar>
              <w:top w:w="20" w:type="dxa"/>
              <w:left w:w="20" w:type="dxa"/>
              <w:bottom w:w="20" w:type="dxa"/>
              <w:right w:w="20" w:type="dxa"/>
            </w:tcMar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FFFFFF"/>
                <w:sz w:val="28"/>
              </w:rPr>
              <w:t>2</w:t>
            </w:r>
          </w:p>
        </w:tc>
        <w:tc>
          <w:tcPr>
            <w:tcW w:type="dxa" w:w="9864"/>
            <w:tcMar>
              <w:top w:w="40" w:type="dxa"/>
              <w:left w:w="140" w:type="dxa"/>
              <w:bottom w:w="40" w:type="dxa"/>
              <w:right w:w="4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b/>
                <w:i w:val="0"/>
                <w:color w:val="004366"/>
                <w:sz w:val="26"/>
              </w:rPr>
              <w:t xml:space="preserve">Choose 3–5 steps. </w:t>
            </w:r>
            <w:r>
              <w:rPr>
                <w:b w:val="0"/>
                <w:i w:val="0"/>
                <w:sz w:val="24"/>
              </w:rPr>
              <w:t>Copy the picture cards for each step onto the schedule, or print and cut them out. Start small; you can always add more later.</w:t>
            </w:r>
          </w:p>
        </w:tc>
      </w:tr>
      <w:tr>
        <w:trPr>
          <w:cantSplit/>
          <w:trHeight w:val="576" w:hRule="atLeast"/>
        </w:trPr>
        <w:tc>
          <w:tcPr>
            <w:tcW w:type="dxa" w:w="648"/>
            <w:shd w:val="clear" w:color="auto" w:fill="FFFFFF"/>
            <w:shd w:val="clear" w:color="auto" w:fill="0D5487"/>
            <w:vAlign w:val="center"/>
            <w:tcMar>
              <w:top w:w="20" w:type="dxa"/>
              <w:left w:w="20" w:type="dxa"/>
              <w:bottom w:w="20" w:type="dxa"/>
              <w:right w:w="20" w:type="dxa"/>
            </w:tcMar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FFFFFF"/>
                <w:sz w:val="28"/>
              </w:rPr>
              <w:t>3</w:t>
            </w:r>
          </w:p>
        </w:tc>
        <w:tc>
          <w:tcPr>
            <w:tcW w:type="dxa" w:w="9864"/>
            <w:tcMar>
              <w:top w:w="40" w:type="dxa"/>
              <w:left w:w="140" w:type="dxa"/>
              <w:bottom w:w="40" w:type="dxa"/>
              <w:right w:w="4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b/>
                <w:i w:val="0"/>
                <w:color w:val="004366"/>
                <w:sz w:val="26"/>
              </w:rPr>
              <w:t xml:space="preserve">Put them in order. </w:t>
            </w:r>
            <w:r>
              <w:rPr>
                <w:b w:val="0"/>
                <w:i w:val="0"/>
                <w:sz w:val="24"/>
              </w:rPr>
              <w:t>Place the cards from top to bottom on the schedule strip.</w:t>
            </w:r>
          </w:p>
        </w:tc>
      </w:tr>
      <w:tr>
        <w:trPr>
          <w:cantSplit/>
          <w:trHeight w:val="576" w:hRule="atLeast"/>
        </w:trPr>
        <w:tc>
          <w:tcPr>
            <w:tcW w:type="dxa" w:w="648"/>
            <w:shd w:val="clear" w:color="auto" w:fill="FFFFFF"/>
            <w:shd w:val="clear" w:color="auto" w:fill="0D5487"/>
            <w:vAlign w:val="center"/>
            <w:tcMar>
              <w:top w:w="20" w:type="dxa"/>
              <w:left w:w="20" w:type="dxa"/>
              <w:bottom w:w="20" w:type="dxa"/>
              <w:right w:w="20" w:type="dxa"/>
            </w:tcMar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FFFFFF"/>
                <w:sz w:val="28"/>
              </w:rPr>
              <w:t>4</w:t>
            </w:r>
          </w:p>
        </w:tc>
        <w:tc>
          <w:tcPr>
            <w:tcW w:type="dxa" w:w="9864"/>
            <w:tcMar>
              <w:top w:w="40" w:type="dxa"/>
              <w:left w:w="140" w:type="dxa"/>
              <w:bottom w:w="40" w:type="dxa"/>
              <w:right w:w="4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b/>
                <w:i w:val="0"/>
                <w:color w:val="004366"/>
                <w:sz w:val="26"/>
              </w:rPr>
              <w:t xml:space="preserve">Show and practice. </w:t>
            </w:r>
            <w:r>
              <w:rPr>
                <w:b w:val="0"/>
                <w:i w:val="0"/>
                <w:sz w:val="24"/>
              </w:rPr>
              <w:t>Walk through it together: “Let’s check your schedule.” Help at each step, then give less help over time.</w:t>
            </w:r>
          </w:p>
        </w:tc>
      </w:tr>
      <w:tr>
        <w:trPr>
          <w:cantSplit/>
          <w:trHeight w:val="576" w:hRule="atLeast"/>
        </w:trPr>
        <w:tc>
          <w:tcPr>
            <w:tcW w:type="dxa" w:w="648"/>
            <w:shd w:val="clear" w:color="auto" w:fill="FFFFFF"/>
            <w:shd w:val="clear" w:color="auto" w:fill="0D5487"/>
            <w:vAlign w:val="center"/>
            <w:tcMar>
              <w:top w:w="20" w:type="dxa"/>
              <w:left w:w="20" w:type="dxa"/>
              <w:bottom w:w="20" w:type="dxa"/>
              <w:right w:w="20" w:type="dxa"/>
            </w:tcMar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FFFFFF"/>
                <w:sz w:val="28"/>
              </w:rPr>
              <w:t>5</w:t>
            </w:r>
          </w:p>
        </w:tc>
        <w:tc>
          <w:tcPr>
            <w:tcW w:type="dxa" w:w="9864"/>
            <w:tcMar>
              <w:top w:w="40" w:type="dxa"/>
              <w:left w:w="140" w:type="dxa"/>
              <w:bottom w:w="40" w:type="dxa"/>
              <w:right w:w="40" w:type="dxa"/>
            </w:tcMar>
            <w:vAlign w:val="center"/>
          </w:tcPr>
          <w:p>
            <w:pPr>
              <w:spacing w:after="0" w:before="0" w:line="240" w:lineRule="auto"/>
            </w:pPr>
            <w:r>
              <w:rPr>
                <w:b/>
                <w:i w:val="0"/>
                <w:color w:val="004366"/>
                <w:sz w:val="26"/>
              </w:rPr>
              <w:t xml:space="preserve">Mark it “all done.” </w:t>
            </w:r>
            <w:r>
              <w:rPr>
                <w:b w:val="0"/>
                <w:i w:val="0"/>
                <w:sz w:val="24"/>
              </w:rPr>
              <w:t>Move the card to the All Done box or check the circle.</w:t>
            </w:r>
          </w:p>
        </w:tc>
      </w:tr>
    </w:tbl>
    <w:p>
      <w:pPr>
        <w:spacing w:after="0" w:before="0" w:line="240" w:lineRule="auto"/>
      </w:pPr>
      <w:r>
        <w:rPr>
          <w:b w:val="0"/>
          <w:i w:val="0"/>
          <w:sz w:val="12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512"/>
      </w:tblGrid>
      <w:tr>
        <w:trPr>
          <w:cantSplit/>
        </w:trPr>
        <w:tc>
          <w:tcPr>
            <w:tcW w:type="dxa" w:w="10512"/>
            <w:shd w:val="clear" w:color="auto" w:fill="F2F8FC"/>
            <w:tcBorders>
              <w:top w:val="single" w:sz="12" w:space="0" w:color="CFE0EE"/>
              <w:left w:val="single" w:sz="36" w:space="0" w:color="0D5487"/>
              <w:bottom w:val="single" w:sz="12" w:space="0" w:color="CFE0EE"/>
              <w:right w:val="single" w:sz="12" w:space="0" w:color="CFE0EE"/>
            </w:tcBorders>
            <w:tcMar>
              <w:top w:w="70" w:type="dxa"/>
              <w:left w:w="180" w:type="dxa"/>
              <w:bottom w:w="70" w:type="dxa"/>
              <w:right w:w="120" w:type="dxa"/>
            </w:tcMar>
          </w:tcPr>
          <w:p>
            <w:pPr>
              <w:spacing w:after="40" w:before="0" w:line="240" w:lineRule="auto"/>
            </w:pPr>
            <w:r>
              <w:rPr>
                <w:rFonts w:ascii="Georgia" w:hAnsi="Georgia" w:eastAsia="Georgia"/>
                <w:b/>
                <w:i w:val="0"/>
                <w:color w:val="004366"/>
                <w:sz w:val="26"/>
              </w:rPr>
              <w:t>Tips</w:t>
            </w:r>
          </w:p>
          <w:p>
            <w:pPr>
              <w:pStyle w:val="ListBullet"/>
              <w:spacing w:after="20" w:before="0" w:line="240" w:lineRule="auto"/>
            </w:pPr>
            <w:r>
              <w:rPr>
                <w:b w:val="0"/>
                <w:i w:val="0"/>
                <w:sz w:val="24"/>
              </w:rPr>
              <w:t>Keep it where your child can see it.</w:t>
            </w:r>
          </w:p>
          <w:p>
            <w:pPr>
              <w:pStyle w:val="ListBullet"/>
              <w:spacing w:after="20" w:before="0" w:line="240" w:lineRule="auto"/>
            </w:pPr>
            <w:r>
              <w:rPr>
                <w:b w:val="0"/>
                <w:i w:val="0"/>
                <w:sz w:val="24"/>
              </w:rPr>
              <w:t>Use the same simple words each time.</w:t>
            </w:r>
          </w:p>
          <w:p>
            <w:pPr>
              <w:pStyle w:val="ListBullet"/>
              <w:spacing w:after="20" w:before="0" w:line="240" w:lineRule="auto"/>
            </w:pPr>
            <w:r>
              <w:rPr>
                <w:b w:val="0"/>
                <w:i w:val="0"/>
                <w:sz w:val="24"/>
              </w:rPr>
              <w:t>Praise each finished step.</w:t>
            </w:r>
          </w:p>
          <w:p>
            <w:pPr>
              <w:pStyle w:val="ListBullet"/>
              <w:spacing w:after="20" w:before="0" w:line="240" w:lineRule="auto"/>
            </w:pPr>
            <w:r>
              <w:rPr>
                <w:b w:val="0"/>
                <w:i w:val="0"/>
                <w:sz w:val="24"/>
              </w:rPr>
              <w:t>Add a “change” card when something different is coming.</w:t>
            </w:r>
          </w:p>
        </w:tc>
      </w:tr>
    </w:tbl>
    <w:p>
      <w:pPr>
        <w:spacing w:after="0" w:before="0" w:line="240" w:lineRule="auto"/>
      </w:pPr>
      <w:r>
        <w:rPr>
          <w:b w:val="0"/>
          <w:i w:val="0"/>
          <w:sz w:val="12"/>
        </w:rPr>
        <w:t xml:space="preserve"> </w:t>
      </w:r>
    </w:p>
    <w:p>
      <w:pPr>
        <w:spacing w:after="40" w:before="0" w:line="240" w:lineRule="auto"/>
      </w:pPr>
      <w:r>
        <w:rPr>
          <w:b/>
          <w:i w:val="0"/>
          <w:color w:val="004366"/>
          <w:sz w:val="24"/>
        </w:rPr>
        <w:t xml:space="preserve">Inside: </w:t>
      </w:r>
      <w:r>
        <w:rPr>
          <w:b w:val="0"/>
          <w:i w:val="0"/>
          <w:sz w:val="24"/>
        </w:rPr>
        <w:t>page 2 My Schedule  ·  page 3 First / Then  ·  pages 4–7 picture cards</w:t>
      </w:r>
    </w:p>
    <w:p>
      <w:pPr>
        <w:spacing w:after="120" w:before="80" w:line="240" w:lineRule="auto"/>
      </w:pPr>
      <w:r>
        <w:rPr>
          <w:b/>
          <w:i w:val="0"/>
          <w:sz w:val="22"/>
        </w:rPr>
        <w:t xml:space="preserve">Learn more: </w:t>
      </w:r>
      <w:hyperlink r:id="rId11">
        <w:r>
          <w:rPr>
            <w:color w:val="0D5487"/>
            <w:b/>
            <w:sz w:val="22"/>
          </w:rPr>
          <w:t xml:space="preserve">gentlecaretherapy.com/visual-schedules-making-routines-predictable/</w:t>
        </w:r>
      </w:hyperlink>
    </w:p>
    <w:p>
      <w:pPr>
        <w:spacing w:after="0" w:before="80" w:line="240" w:lineRule="auto"/>
      </w:pPr>
      <w:r>
        <w:rPr>
          <w:b w:val="0"/>
          <w:i w:val="0"/>
          <w:color w:val="40525F"/>
          <w:sz w:val="20"/>
        </w:rPr>
        <w:t>This handout is general education and does not replace advice from your child’s care team.</w:t>
      </w:r>
    </w:p>
    <w:p>
      <w:pPr>
        <w:pStyle w:val="Heading1"/>
        <w:pageBreakBefore/>
        <w:tabs>
          <w:tab w:pos="10512" w:val="right"/>
        </w:tabs>
        <w:spacing w:after="120"/>
      </w:pPr>
      <w:r>
        <w:rPr>
          <w:b w:val="0"/>
          <w:i w:val="0"/>
        </w:rPr>
        <w:t>My Schedule</w:t>
      </w:r>
      <w:r>
        <w:rPr>
          <w:rFonts w:ascii="Arial" w:hAnsi="Arial" w:eastAsia="Arial"/>
          <w:b/>
          <w:i w:val="0"/>
          <w:color w:val="004366"/>
          <w:sz w:val="26"/>
        </w:rPr>
        <w:tab/>
        <w:t>Name: 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60"/>
        <w:gridCol w:w="3096"/>
        <w:gridCol w:w="1526"/>
        <w:gridCol w:w="345"/>
        <w:gridCol w:w="460"/>
        <w:gridCol w:w="3096"/>
        <w:gridCol w:w="1526"/>
      </w:tblGrid>
      <w:tr>
        <w:trPr>
          <w:cantSplit/>
          <w:trHeight w:val="432" w:hRule="exact"/>
        </w:trPr>
        <w:tc>
          <w:tcPr>
            <w:tcW w:type="dxa" w:w="461"/>
          </w:tcPr>
          <w:p/>
        </w:tc>
        <w:tc>
          <w:tcPr>
            <w:tcW w:type="dxa" w:w="3096"/>
          </w:tcPr>
          <w:p>
            <w:pPr>
              <w:spacing w:after="0" w:before="0" w:line="240" w:lineRule="auto"/>
            </w:pPr>
            <w:r>
              <w:rPr>
                <w:b/>
                <w:i w:val="0"/>
                <w:color w:val="5A6B78"/>
                <w:sz w:val="19"/>
                <w:spacing w:val="20"/>
              </w:rPr>
              <w:t>START HERE ↓</w:t>
            </w:r>
          </w:p>
        </w:tc>
        <w:tc>
          <w:tcPr>
            <w:tcW w:type="dxa" w:w="1526"/>
          </w:tcPr>
          <w:p/>
        </w:tc>
        <w:tc>
          <w:tcPr>
            <w:tcW w:type="dxa" w:w="346"/>
          </w:tcPr>
          <w:p/>
        </w:tc>
        <w:tc>
          <w:tcPr>
            <w:tcW w:type="dxa" w:w="461"/>
          </w:tcPr>
          <w:p/>
        </w:tc>
        <w:tc>
          <w:tcPr>
            <w:tcW w:type="dxa" w:w="3096"/>
          </w:tcPr>
          <w:p>
            <w:pPr>
              <w:spacing w:after="0" w:before="0" w:line="240" w:lineRule="auto"/>
            </w:pPr>
            <w:r>
              <w:rPr>
                <w:b/>
                <w:i w:val="0"/>
                <w:color w:val="5A6B78"/>
                <w:sz w:val="19"/>
                <w:spacing w:val="20"/>
              </w:rPr>
              <w:t>THEN KEEP GOING ↓</w:t>
            </w:r>
          </w:p>
        </w:tc>
        <w:tc>
          <w:tcPr>
            <w:tcW w:type="dxa" w:w="1526"/>
          </w:tcPr>
          <w:p/>
        </w:tc>
      </w:tr>
      <w:tr>
        <w:trPr>
          <w:cantSplit/>
          <w:trHeight w:val="3096" w:hRule="exact"/>
        </w:trPr>
        <w:tc>
          <w:tcPr>
            <w:tcW w:type="dxa" w:w="461"/>
            <w:vAlign w:val="center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18" w:space="0" w:color="0D5487"/>
              <w:left w:val="single" w:sz="18" w:space="0" w:color="0D5487"/>
              <w:bottom w:val="single" w:sz="18" w:space="0" w:color="0D5487"/>
              <w:right w:val="nil"/>
            </w:tcBorders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0D5487"/>
                <w:sz w:val="30"/>
              </w:rPr>
              <w:t>1</w:t>
            </w:r>
          </w:p>
        </w:tc>
        <w:tc>
          <w:tcPr>
            <w:tcW w:type="dxa" w:w="3096"/>
            <w:tcBorders>
              <w:top w:val="single" w:sz="18" w:space="0" w:color="0D5487"/>
              <w:bottom w:val="single" w:sz="18" w:space="0" w:color="0D5487"/>
              <w:left w:val="dashed" w:sz="12" w:space="0" w:color="8AA5BC"/>
              <w:right w:val="dashed" w:sz="12" w:space="0" w:color="8AA5BC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spacing w:after="40" w:before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88720" cy="1188720"/>
                  <wp:docPr id="1" name="Picture 1" descr="picture card: wake up" title="picture card: wake up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wake-up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720" cy="118872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1D2B36"/>
                <w:sz w:val="32"/>
              </w:rPr>
              <w:t>wake up</w:t>
            </w:r>
          </w:p>
        </w:tc>
        <w:tc>
          <w:tcPr>
            <w:tcW w:type="dxa" w:w="1526"/>
            <w:tcBorders>
              <w:top w:val="single" w:sz="18" w:space="0" w:color="0D5487"/>
              <w:left w:val="nil"/>
              <w:bottom w:val="single" w:sz="18" w:space="0" w:color="0D5487"/>
              <w:right w:val="single" w:sz="18" w:space="0" w:color="0D5487"/>
            </w:tcBorders>
            <w:vAlign w:val="center"/>
          </w:tcPr>
          <w:p>
            <w:pPr>
              <w:spacing w:after="0" w:before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84048" cy="384048"/>
                  <wp:docPr id="2" name="Picture 2" descr="check circle" title="check circle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heck-circle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4048" cy="38404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240" w:lineRule="auto"/>
              <w:jc w:val="center"/>
            </w:pPr>
            <w:r>
              <w:rPr>
                <w:b w:val="0"/>
                <w:i w:val="0"/>
                <w:color w:val="5A6B78"/>
                <w:sz w:val="17"/>
              </w:rPr>
              <w:t>done</w:t>
            </w:r>
          </w:p>
        </w:tc>
        <w:tc>
          <w:tcPr>
            <w:tcW w:type="dxa" w:w="346"/>
          </w:tcPr>
          <w:p/>
        </w:tc>
        <w:tc>
          <w:tcPr>
            <w:tcW w:type="dxa" w:w="461"/>
            <w:vAlign w:val="center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18" w:space="0" w:color="0D5487"/>
              <w:left w:val="single" w:sz="18" w:space="0" w:color="0D5487"/>
              <w:bottom w:val="single" w:sz="18" w:space="0" w:color="0D5487"/>
              <w:right w:val="nil"/>
            </w:tcBorders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0D5487"/>
                <w:sz w:val="30"/>
              </w:rPr>
              <w:t>4</w:t>
            </w:r>
          </w:p>
        </w:tc>
        <w:tc>
          <w:tcPr>
            <w:tcW w:type="dxa" w:w="3096"/>
            <w:tcBorders>
              <w:top w:val="single" w:sz="18" w:space="0" w:color="0D5487"/>
              <w:bottom w:val="single" w:sz="18" w:space="0" w:color="0D5487"/>
              <w:left w:val="dashed" w:sz="12" w:space="0" w:color="8AA5BC"/>
              <w:right w:val="dashed" w:sz="12" w:space="0" w:color="8AA5BC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spacing w:after="40" w:before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88720" cy="1188720"/>
                  <wp:docPr id="3" name="Picture 3" descr="picture card: breakfast" title="picture card: breakfast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reakfast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720" cy="118872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1D2B36"/>
                <w:sz w:val="32"/>
              </w:rPr>
              <w:t>breakfast</w:t>
            </w:r>
          </w:p>
        </w:tc>
        <w:tc>
          <w:tcPr>
            <w:tcW w:type="dxa" w:w="1526"/>
            <w:tcBorders>
              <w:top w:val="single" w:sz="18" w:space="0" w:color="0D5487"/>
              <w:left w:val="nil"/>
              <w:bottom w:val="single" w:sz="18" w:space="0" w:color="0D5487"/>
              <w:right w:val="single" w:sz="18" w:space="0" w:color="0D5487"/>
            </w:tcBorders>
            <w:vAlign w:val="center"/>
          </w:tcPr>
          <w:p>
            <w:pPr>
              <w:spacing w:after="0" w:before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84048" cy="384048"/>
                  <wp:docPr id="4" name="Picture 4" descr="check circle" title="check circle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heck-circle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4048" cy="38404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240" w:lineRule="auto"/>
              <w:jc w:val="center"/>
            </w:pPr>
            <w:r>
              <w:rPr>
                <w:b w:val="0"/>
                <w:i w:val="0"/>
                <w:color w:val="5A6B78"/>
                <w:sz w:val="17"/>
              </w:rPr>
              <w:t>done</w:t>
            </w:r>
          </w:p>
        </w:tc>
      </w:tr>
      <w:tr>
        <w:trPr>
          <w:cantSplit/>
          <w:trHeight w:val="130" w:hRule="exact"/>
        </w:trPr>
        <w:tc>
          <w:tcPr>
            <w:tcW w:type="dxa" w:w="461"/>
          </w:tcPr>
          <w:p/>
        </w:tc>
        <w:tc>
          <w:tcPr>
            <w:tcW w:type="dxa" w:w="3096"/>
          </w:tcPr>
          <w:p/>
        </w:tc>
        <w:tc>
          <w:tcPr>
            <w:tcW w:type="dxa" w:w="1526"/>
          </w:tcPr>
          <w:p/>
        </w:tc>
        <w:tc>
          <w:tcPr>
            <w:tcW w:type="dxa" w:w="346"/>
          </w:tcPr>
          <w:p/>
        </w:tc>
        <w:tc>
          <w:tcPr>
            <w:tcW w:type="dxa" w:w="461"/>
          </w:tcPr>
          <w:p/>
        </w:tc>
        <w:tc>
          <w:tcPr>
            <w:tcW w:type="dxa" w:w="3096"/>
          </w:tcPr>
          <w:p/>
        </w:tc>
        <w:tc>
          <w:tcPr>
            <w:tcW w:type="dxa" w:w="1526"/>
          </w:tcPr>
          <w:p/>
        </w:tc>
      </w:tr>
      <w:tr>
        <w:trPr>
          <w:cantSplit/>
          <w:trHeight w:val="3096" w:hRule="exact"/>
        </w:trPr>
        <w:tc>
          <w:tcPr>
            <w:tcW w:type="dxa" w:w="461"/>
            <w:vAlign w:val="center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18" w:space="0" w:color="0D5487"/>
              <w:left w:val="single" w:sz="18" w:space="0" w:color="0D5487"/>
              <w:bottom w:val="single" w:sz="18" w:space="0" w:color="0D5487"/>
              <w:right w:val="nil"/>
            </w:tcBorders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0D5487"/>
                <w:sz w:val="30"/>
              </w:rPr>
              <w:t>2</w:t>
            </w:r>
          </w:p>
        </w:tc>
        <w:tc>
          <w:tcPr>
            <w:tcW w:type="dxa" w:w="3096"/>
            <w:tcBorders>
              <w:top w:val="single" w:sz="18" w:space="0" w:color="0D5487"/>
              <w:bottom w:val="single" w:sz="18" w:space="0" w:color="0D5487"/>
              <w:left w:val="dashed" w:sz="12" w:space="0" w:color="8AA5BC"/>
              <w:right w:val="dashed" w:sz="12" w:space="0" w:color="8AA5BC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spacing w:after="40" w:before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88720" cy="1188720"/>
                  <wp:docPr id="5" name="Picture 5" descr="picture card: bathroom" title="picture card: bathroom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athroom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720" cy="118872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1D2B36"/>
                <w:sz w:val="32"/>
              </w:rPr>
              <w:t>bathroom</w:t>
            </w:r>
          </w:p>
        </w:tc>
        <w:tc>
          <w:tcPr>
            <w:tcW w:type="dxa" w:w="1526"/>
            <w:tcBorders>
              <w:top w:val="single" w:sz="18" w:space="0" w:color="0D5487"/>
              <w:left w:val="nil"/>
              <w:bottom w:val="single" w:sz="18" w:space="0" w:color="0D5487"/>
              <w:right w:val="single" w:sz="18" w:space="0" w:color="0D5487"/>
            </w:tcBorders>
            <w:vAlign w:val="center"/>
          </w:tcPr>
          <w:p>
            <w:pPr>
              <w:spacing w:after="0" w:before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84048" cy="384048"/>
                  <wp:docPr id="6" name="Picture 6" descr="check circle" title="check circle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heck-circle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4048" cy="38404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240" w:lineRule="auto"/>
              <w:jc w:val="center"/>
            </w:pPr>
            <w:r>
              <w:rPr>
                <w:b w:val="0"/>
                <w:i w:val="0"/>
                <w:color w:val="5A6B78"/>
                <w:sz w:val="17"/>
              </w:rPr>
              <w:t>done</w:t>
            </w:r>
          </w:p>
        </w:tc>
        <w:tc>
          <w:tcPr>
            <w:tcW w:type="dxa" w:w="346"/>
          </w:tcPr>
          <w:p/>
        </w:tc>
        <w:tc>
          <w:tcPr>
            <w:tcW w:type="dxa" w:w="461"/>
            <w:vAlign w:val="center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18" w:space="0" w:color="0D5487"/>
              <w:left w:val="single" w:sz="18" w:space="0" w:color="0D5487"/>
              <w:bottom w:val="single" w:sz="18" w:space="0" w:color="0D5487"/>
              <w:right w:val="nil"/>
            </w:tcBorders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0D5487"/>
                <w:sz w:val="30"/>
              </w:rPr>
              <w:t>5</w:t>
            </w:r>
          </w:p>
        </w:tc>
        <w:tc>
          <w:tcPr>
            <w:tcW w:type="dxa" w:w="3096"/>
            <w:tcBorders>
              <w:top w:val="single" w:sz="18" w:space="0" w:color="0D5487"/>
              <w:bottom w:val="single" w:sz="18" w:space="0" w:color="0D5487"/>
              <w:left w:val="dashed" w:sz="12" w:space="0" w:color="8AA5BC"/>
              <w:right w:val="dashed" w:sz="12" w:space="0" w:color="8AA5BC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spacing w:after="40" w:before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88720" cy="1188720"/>
                  <wp:docPr id="7" name="Picture 7" descr="picture card: brush teeth" title="picture card: brush teeth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rush-teeth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720" cy="118872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1D2B36"/>
                <w:sz w:val="32"/>
              </w:rPr>
              <w:t>brush teeth</w:t>
            </w:r>
          </w:p>
        </w:tc>
        <w:tc>
          <w:tcPr>
            <w:tcW w:type="dxa" w:w="1526"/>
            <w:tcBorders>
              <w:top w:val="single" w:sz="18" w:space="0" w:color="0D5487"/>
              <w:left w:val="nil"/>
              <w:bottom w:val="single" w:sz="18" w:space="0" w:color="0D5487"/>
              <w:right w:val="single" w:sz="18" w:space="0" w:color="0D5487"/>
            </w:tcBorders>
            <w:vAlign w:val="center"/>
          </w:tcPr>
          <w:p>
            <w:pPr>
              <w:spacing w:after="0" w:before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84048" cy="384048"/>
                  <wp:docPr id="8" name="Picture 8" descr="check circle" title="check circle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heck-circle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4048" cy="38404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240" w:lineRule="auto"/>
              <w:jc w:val="center"/>
            </w:pPr>
            <w:r>
              <w:rPr>
                <w:b w:val="0"/>
                <w:i w:val="0"/>
                <w:color w:val="5A6B78"/>
                <w:sz w:val="17"/>
              </w:rPr>
              <w:t>done</w:t>
            </w:r>
          </w:p>
        </w:tc>
      </w:tr>
      <w:tr>
        <w:trPr>
          <w:cantSplit/>
          <w:trHeight w:val="130" w:hRule="exact"/>
        </w:trPr>
        <w:tc>
          <w:tcPr>
            <w:tcW w:type="dxa" w:w="461"/>
          </w:tcPr>
          <w:p/>
        </w:tc>
        <w:tc>
          <w:tcPr>
            <w:tcW w:type="dxa" w:w="3096"/>
          </w:tcPr>
          <w:p/>
        </w:tc>
        <w:tc>
          <w:tcPr>
            <w:tcW w:type="dxa" w:w="1526"/>
          </w:tcPr>
          <w:p/>
        </w:tc>
        <w:tc>
          <w:tcPr>
            <w:tcW w:type="dxa" w:w="346"/>
          </w:tcPr>
          <w:p/>
        </w:tc>
        <w:tc>
          <w:tcPr>
            <w:tcW w:type="dxa" w:w="461"/>
          </w:tcPr>
          <w:p/>
        </w:tc>
        <w:tc>
          <w:tcPr>
            <w:tcW w:type="dxa" w:w="3096"/>
          </w:tcPr>
          <w:p/>
        </w:tc>
        <w:tc>
          <w:tcPr>
            <w:tcW w:type="dxa" w:w="1526"/>
          </w:tcPr>
          <w:p/>
        </w:tc>
      </w:tr>
      <w:tr>
        <w:trPr>
          <w:cantSplit/>
          <w:trHeight w:val="3096" w:hRule="exact"/>
        </w:trPr>
        <w:tc>
          <w:tcPr>
            <w:tcW w:type="dxa" w:w="461"/>
            <w:vAlign w:val="center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18" w:space="0" w:color="0D5487"/>
              <w:left w:val="single" w:sz="18" w:space="0" w:color="0D5487"/>
              <w:bottom w:val="single" w:sz="18" w:space="0" w:color="0D5487"/>
              <w:right w:val="nil"/>
            </w:tcBorders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0D5487"/>
                <w:sz w:val="30"/>
              </w:rPr>
              <w:t>3</w:t>
            </w:r>
          </w:p>
        </w:tc>
        <w:tc>
          <w:tcPr>
            <w:tcW w:type="dxa" w:w="3096"/>
            <w:tcBorders>
              <w:top w:val="single" w:sz="18" w:space="0" w:color="0D5487"/>
              <w:bottom w:val="single" w:sz="18" w:space="0" w:color="0D5487"/>
              <w:left w:val="dashed" w:sz="12" w:space="0" w:color="8AA5BC"/>
              <w:right w:val="dashed" w:sz="12" w:space="0" w:color="8AA5BC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spacing w:after="40" w:before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88720" cy="1188720"/>
                  <wp:docPr id="9" name="Picture 9" descr="picture card: get dressed" title="picture card: get dressed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get-dressed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720" cy="118872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1D2B36"/>
                <w:sz w:val="32"/>
              </w:rPr>
              <w:t>get dressed</w:t>
            </w:r>
          </w:p>
        </w:tc>
        <w:tc>
          <w:tcPr>
            <w:tcW w:type="dxa" w:w="1526"/>
            <w:tcBorders>
              <w:top w:val="single" w:sz="18" w:space="0" w:color="0D5487"/>
              <w:left w:val="nil"/>
              <w:bottom w:val="single" w:sz="18" w:space="0" w:color="0D5487"/>
              <w:right w:val="single" w:sz="18" w:space="0" w:color="0D5487"/>
            </w:tcBorders>
            <w:vAlign w:val="center"/>
          </w:tcPr>
          <w:p>
            <w:pPr>
              <w:spacing w:after="0" w:before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84048" cy="384048"/>
                  <wp:docPr id="10" name="Picture 10" descr="check circle" title="check circle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heck-circle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4048" cy="38404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240" w:lineRule="auto"/>
              <w:jc w:val="center"/>
            </w:pPr>
            <w:r>
              <w:rPr>
                <w:b w:val="0"/>
                <w:i w:val="0"/>
                <w:color w:val="5A6B78"/>
                <w:sz w:val="17"/>
              </w:rPr>
              <w:t>done</w:t>
            </w:r>
          </w:p>
        </w:tc>
        <w:tc>
          <w:tcPr>
            <w:tcW w:type="dxa" w:w="346"/>
          </w:tcPr>
          <w:p/>
        </w:tc>
        <w:tc>
          <w:tcPr>
            <w:tcW w:type="dxa" w:w="461"/>
            <w:vAlign w:val="center"/>
            <w:tcMar>
              <w:top w:w="0" w:type="dxa"/>
              <w:left w:w="0" w:type="dxa"/>
              <w:bottom w:w="0" w:type="dxa"/>
              <w:right w:w="0" w:type="dxa"/>
            </w:tcMar>
            <w:tcBorders>
              <w:top w:val="single" w:sz="18" w:space="0" w:color="0D5487"/>
              <w:left w:val="single" w:sz="18" w:space="0" w:color="0D5487"/>
              <w:bottom w:val="single" w:sz="18" w:space="0" w:color="0D5487"/>
              <w:right w:val="nil"/>
            </w:tcBorders>
          </w:tcPr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0D5487"/>
                <w:sz w:val="30"/>
              </w:rPr>
              <w:t>6</w:t>
            </w:r>
          </w:p>
        </w:tc>
        <w:tc>
          <w:tcPr>
            <w:tcW w:type="dxa" w:w="3096"/>
            <w:tcBorders>
              <w:top w:val="single" w:sz="18" w:space="0" w:color="0D5487"/>
              <w:bottom w:val="single" w:sz="18" w:space="0" w:color="0D5487"/>
              <w:left w:val="dashed" w:sz="12" w:space="0" w:color="8AA5BC"/>
              <w:right w:val="dashed" w:sz="12" w:space="0" w:color="8AA5BC"/>
            </w:tcBorders>
            <w:tcMar>
              <w:top w:w="40" w:type="dxa"/>
              <w:left w:w="60" w:type="dxa"/>
              <w:bottom w:w="40" w:type="dxa"/>
              <w:right w:w="60" w:type="dxa"/>
            </w:tcMar>
            <w:vAlign w:val="center"/>
          </w:tcPr>
          <w:p>
            <w:pPr>
              <w:spacing w:after="40" w:before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88720" cy="1188720"/>
                  <wp:docPr id="11" name="Picture 11" descr="picture card: shoes on" title="picture card: shoes on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hoes-on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720" cy="118872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1D2B36"/>
                <w:sz w:val="32"/>
              </w:rPr>
              <w:t>shoes on</w:t>
            </w:r>
          </w:p>
        </w:tc>
        <w:tc>
          <w:tcPr>
            <w:tcW w:type="dxa" w:w="1526"/>
            <w:tcBorders>
              <w:top w:val="single" w:sz="18" w:space="0" w:color="0D5487"/>
              <w:left w:val="nil"/>
              <w:bottom w:val="single" w:sz="18" w:space="0" w:color="0D5487"/>
              <w:right w:val="single" w:sz="18" w:space="0" w:color="0D5487"/>
            </w:tcBorders>
            <w:vAlign w:val="center"/>
          </w:tcPr>
          <w:p>
            <w:pPr>
              <w:spacing w:after="0" w:before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384048" cy="384048"/>
                  <wp:docPr id="12" name="Picture 12" descr="check circle" title="check circle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heck-circle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4048" cy="38404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240" w:lineRule="auto"/>
              <w:jc w:val="center"/>
            </w:pPr>
            <w:r>
              <w:rPr>
                <w:b w:val="0"/>
                <w:i w:val="0"/>
                <w:color w:val="5A6B78"/>
                <w:sz w:val="17"/>
              </w:rPr>
              <w:t>done</w:t>
            </w:r>
          </w:p>
        </w:tc>
      </w:tr>
    </w:tbl>
    <w:p>
      <w:pPr>
        <w:spacing w:after="0" w:before="80" w:line="240" w:lineRule="auto"/>
      </w:pPr>
      <w:r>
        <w:rPr>
          <w:b w:val="0"/>
          <w:i w:val="0"/>
          <w:sz w:val="8"/>
        </w:rPr>
        <w:t xml:space="preserve"> 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40"/>
        <w:gridCol w:w="9072"/>
      </w:tblGrid>
      <w:tr>
        <w:trPr>
          <w:cantSplit/>
          <w:trHeight w:val="1368" w:hRule="exact"/>
        </w:trPr>
        <w:tc>
          <w:tcPr>
            <w:tcW w:type="dxa" w:w="1440"/>
            <w:tcBorders>
              <w:top w:val="single" w:sz="24" w:space="0" w:color="2E8B57"/>
              <w:left w:val="single" w:sz="24" w:space="0" w:color="2E8B57"/>
              <w:bottom w:val="single" w:sz="24" w:space="0" w:color="2E8B57"/>
              <w:right w:val="nil"/>
            </w:tcBorders>
            <w:vAlign w:val="center"/>
          </w:tcPr>
          <w:p>
            <w:pPr>
              <w:spacing w:after="0" w:before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21792" cy="621792"/>
                  <wp:docPr id="13" name="Picture 13" descr="all done check mark" title="all done check mark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ll-done.p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1792" cy="62179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72"/>
            <w:tcBorders>
              <w:top w:val="single" w:sz="24" w:space="0" w:color="2E8B57"/>
              <w:left w:val="nil"/>
              <w:bottom w:val="single" w:sz="24" w:space="0" w:color="2E8B57"/>
              <w:right w:val="single" w:sz="24" w:space="0" w:color="2E8B57"/>
            </w:tcBorders>
            <w:vAlign w:val="center"/>
          </w:tcPr>
          <w:p>
            <w:pPr>
              <w:spacing w:after="0" w:before="0" w:line="240" w:lineRule="auto"/>
            </w:pPr>
            <w:r>
              <w:rPr>
                <w:b/>
                <w:i w:val="0"/>
                <w:color w:val="1E6B41"/>
                <w:sz w:val="36"/>
              </w:rPr>
              <w:t>All Done</w:t>
            </w:r>
          </w:p>
          <w:p>
            <w:pPr>
              <w:spacing w:after="0" w:before="0" w:line="240" w:lineRule="auto"/>
            </w:pPr>
            <w:r>
              <w:t>Put finished cards here.</w:t>
            </w:r>
          </w:p>
        </w:tc>
      </w:tr>
    </w:tbl>
    <w:p>
      <w:pPr>
        <w:spacing w:after="0" w:before="120" w:line="240" w:lineRule="auto"/>
      </w:pPr>
      <w:r>
        <w:rPr>
          <w:b/>
          <w:i w:val="0"/>
          <w:color w:val="40525F"/>
          <w:sz w:val="19"/>
        </w:rPr>
        <w:t xml:space="preserve">Tip (optional): </w:t>
      </w:r>
      <w:r>
        <w:rPr>
          <w:b w:val="0"/>
          <w:i w:val="0"/>
          <w:color w:val="40525F"/>
          <w:sz w:val="19"/>
        </w:rPr>
        <w:t>Laminate this page and the cards, then add Velcro dots so cards can be moved and used again.</w:t>
      </w:r>
    </w:p>
    <w:p>
      <w:pPr>
        <w:pStyle w:val="Heading1"/>
        <w:pageBreakBefore/>
      </w:pPr>
      <w:r>
        <w:t>First / Then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24"/>
        <w:gridCol w:w="864"/>
        <w:gridCol w:w="4824"/>
      </w:tblGrid>
      <w:tr>
        <w:trPr>
          <w:cantSplit/>
          <w:trHeight w:val="7776" w:hRule="exact"/>
        </w:trPr>
        <w:tc>
          <w:tcPr>
            <w:tcW w:type="dxa" w:w="4824"/>
            <w:tcBorders>
              <w:top w:val="single" w:sz="36" w:space="0" w:color="0D5487"/>
              <w:left w:val="single" w:sz="36" w:space="0" w:color="0D5487"/>
              <w:bottom w:val="single" w:sz="36" w:space="0" w:color="0D5487"/>
              <w:right w:val="single" w:sz="36" w:space="0" w:color="0D5487"/>
            </w:tcBorders>
            <w:tcMar>
              <w:top w:w="160" w:type="dxa"/>
              <w:left w:w="120" w:type="dxa"/>
              <w:bottom w:w="160" w:type="dxa"/>
              <w:right w:w="120" w:type="dxa"/>
            </w:tcMar>
            <w:vAlign w:val="top"/>
          </w:tcPr>
          <w:p>
            <w:pPr>
              <w:spacing w:after="360" w:before="0" w:line="240" w:lineRule="auto"/>
              <w:jc w:val="center"/>
            </w:pPr>
            <w:r>
              <w:rPr>
                <w:rFonts w:ascii="Georgia" w:hAnsi="Georgia" w:eastAsia="Georgia"/>
                <w:b/>
                <w:i w:val="0"/>
                <w:color w:val="004366"/>
                <w:sz w:val="68"/>
              </w:rPr>
              <w:t>First</w:t>
            </w:r>
          </w:p>
          <w:p>
            <w:pPr>
              <w:spacing w:after="80" w:before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920240" cy="1920240"/>
                  <wp:docPr id="14" name="Picture 14" descr="picture card: work time" title="picture card: work time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work-time.pn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0240" cy="192024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1D2B36"/>
                <w:sz w:val="44"/>
              </w:rPr>
              <w:t>work time</w:t>
            </w:r>
          </w:p>
        </w:tc>
        <w:tc>
          <w:tcPr>
            <w:tcW w:type="dxa" w:w="864"/>
            <w:vAlign w:val="center"/>
            <w:tcMar>
              <w:top w:w="0" w:type="dxa"/>
              <w:left w:w="30" w:type="dxa"/>
              <w:bottom w:w="0" w:type="dxa"/>
              <w:right w:w="30" w:type="dxa"/>
            </w:tcMar>
          </w:tcPr>
          <w:p>
            <w:pPr>
              <w:spacing w:after="0" w:before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11480" cy="411480"/>
                  <wp:docPr id="16" name="Picture 16" descr="arrow" title="arrow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rrow.png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1480" cy="41148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824"/>
            <w:tcBorders>
              <w:top w:val="single" w:sz="36" w:space="0" w:color="2E8B57"/>
              <w:left w:val="single" w:sz="36" w:space="0" w:color="2E8B57"/>
              <w:bottom w:val="single" w:sz="36" w:space="0" w:color="2E8B57"/>
              <w:right w:val="single" w:sz="36" w:space="0" w:color="2E8B57"/>
            </w:tcBorders>
            <w:tcMar>
              <w:top w:w="160" w:type="dxa"/>
              <w:left w:w="120" w:type="dxa"/>
              <w:bottom w:w="160" w:type="dxa"/>
              <w:right w:w="120" w:type="dxa"/>
            </w:tcMar>
            <w:vAlign w:val="top"/>
          </w:tcPr>
          <w:p>
            <w:pPr>
              <w:spacing w:after="360" w:before="0" w:line="240" w:lineRule="auto"/>
              <w:jc w:val="center"/>
            </w:pPr>
            <w:r>
              <w:rPr>
                <w:rFonts w:ascii="Georgia" w:hAnsi="Georgia" w:eastAsia="Georgia"/>
                <w:b/>
                <w:i w:val="0"/>
                <w:color w:val="1E6B41"/>
                <w:sz w:val="68"/>
              </w:rPr>
              <w:t>Then</w:t>
            </w:r>
          </w:p>
          <w:p>
            <w:pPr>
              <w:spacing w:after="80" w:before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920240" cy="1920240"/>
                  <wp:docPr id="15" name="Picture 15" descr="picture card: play" title="picture card: play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lay.pn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0240" cy="192024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1D2B36"/>
                <w:sz w:val="44"/>
              </w:rPr>
              <w:t>play</w:t>
            </w:r>
          </w:p>
        </w:tc>
      </w:tr>
    </w:tbl>
    <w:p>
      <w:pPr>
        <w:spacing w:after="200" w:before="0" w:line="240" w:lineRule="auto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512"/>
      </w:tblGrid>
      <w:tr>
        <w:trPr>
          <w:cantSplit/>
        </w:trPr>
        <w:tc>
          <w:tcPr>
            <w:tcW w:type="dxa" w:w="10512"/>
            <w:shd w:val="clear" w:color="auto" w:fill="F2F8FC"/>
            <w:tcBorders>
              <w:top w:val="single" w:sz="12" w:space="0" w:color="CFE0EE"/>
              <w:left w:val="single" w:sz="36" w:space="0" w:color="0D5487"/>
              <w:bottom w:val="single" w:sz="12" w:space="0" w:color="CFE0EE"/>
              <w:right w:val="single" w:sz="12" w:space="0" w:color="CFE0EE"/>
            </w:tcBorders>
            <w:tcMar>
              <w:top w:w="100" w:type="dxa"/>
              <w:left w:w="180" w:type="dxa"/>
              <w:bottom w:w="100" w:type="dxa"/>
              <w:right w:w="120" w:type="dxa"/>
            </w:tcMar>
          </w:tcPr>
          <w:p>
            <w:pPr>
              <w:spacing w:after="80" w:before="0" w:line="240" w:lineRule="auto"/>
            </w:pPr>
            <w:r>
              <w:rPr>
                <w:b/>
                <w:i w:val="0"/>
                <w:sz w:val="22"/>
              </w:rPr>
              <w:t xml:space="preserve">Tip: </w:t>
            </w:r>
            <w:r>
              <w:rPr>
                <w:b w:val="0"/>
                <w:i w:val="0"/>
                <w:sz w:val="22"/>
              </w:rPr>
              <w:t>Say it the same way each time: “First ___, then ___.” Put the less-preferred task first and something your child enjoys second. The sample cards (work time, play) can be swapped for any two cards.</w:t>
            </w:r>
          </w:p>
          <w:p>
            <w:pPr>
              <w:spacing w:after="0" w:before="0" w:line="240" w:lineRule="auto"/>
            </w:pPr>
            <w:r>
              <w:rPr>
                <w:b/>
                <w:i w:val="0"/>
                <w:sz w:val="22"/>
              </w:rPr>
              <w:t xml:space="preserve">Learn more: </w:t>
            </w:r>
            <w:hyperlink r:id="rId23">
              <w:r>
                <w:rPr>
                  <w:color w:val="0D5487"/>
                  <w:b/>
                  <w:sz w:val="22"/>
                </w:rPr>
                <w:t xml:space="preserve">gentlecaretherapy.com/using-first-then-statements-to-support-young-children/</w:t>
              </w:r>
            </w:hyperlink>
          </w:p>
        </w:tc>
      </w:tr>
    </w:tbl>
    <w:p>
      <w:pPr>
        <w:keepNext/>
        <w:pageBreakBefore/>
        <w:tabs>
          <w:tab w:pos="10512" w:val="right"/>
        </w:tabs>
        <w:spacing w:after="120" w:before="0" w:line="240" w:lineRule="auto"/>
      </w:pPr>
      <w:r>
        <w:rPr>
          <w:b w:val="0"/>
          <w:i w:val="0"/>
          <w:color w:val="E07A1F"/>
          <w:sz w:val="30"/>
        </w:rPr>
        <w:t xml:space="preserve">■ </w:t>
      </w:r>
      <w:r>
        <w:rPr>
          <w:rFonts w:ascii="Georgia" w:hAnsi="Georgia" w:eastAsia="Georgia"/>
          <w:b/>
          <w:i w:val="0"/>
          <w:color w:val="004366"/>
          <w:sz w:val="30"/>
        </w:rPr>
        <w:t>Morning</w:t>
      </w:r>
      <w:r>
        <w:rPr>
          <w:b w:val="0"/>
          <w:i w:val="0"/>
          <w:color w:val="5A6B78"/>
          <w:sz w:val="20"/>
        </w:rPr>
        <w:tab/>
        <w:t>✂ Cut on the lines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951"/>
        <w:gridCol w:w="2951"/>
        <w:gridCol w:w="2951"/>
      </w:tblGrid>
      <w:tr>
        <w:trPr>
          <w:cantSplit/>
          <w:trHeight w:val="2909" w:hRule="exact"/>
        </w:trPr>
        <w:tc>
          <w:tcPr>
            <w:tcW w:type="dxa" w:w="2952"/>
            <w:tcMar>
              <w:top w:w="60" w:type="dxa"/>
              <w:left w:w="60" w:type="dxa"/>
              <w:bottom w:w="60" w:type="dxa"/>
              <w:right w:w="60" w:type="dxa"/>
            </w:tcMar>
            <w:tcBorders>
              <w:top w:val="single" w:sz="30" w:space="0" w:color="E07A1F"/>
              <w:left w:val="single" w:sz="30" w:space="0" w:color="E07A1F"/>
              <w:bottom w:val="single" w:sz="30" w:space="0" w:color="E07A1F"/>
              <w:right w:val="single" w:sz="30" w:space="0" w:color="E07A1F"/>
            </w:tcBorders>
            <w:vAlign w:val="center"/>
          </w:tcPr>
          <w:p>
            <w:pPr>
              <w:spacing w:after="40" w:before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261872" cy="1261872"/>
                  <wp:docPr id="17" name="Picture 17" descr="picture card: wake up" title="picture card: wake up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wake-up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1872" cy="126187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1D2B36"/>
                <w:sz w:val="34"/>
              </w:rPr>
              <w:t>wake up</w:t>
            </w:r>
          </w:p>
        </w:tc>
        <w:tc>
          <w:tcPr>
            <w:tcW w:type="dxa" w:w="2952"/>
            <w:tcMar>
              <w:top w:w="60" w:type="dxa"/>
              <w:left w:w="60" w:type="dxa"/>
              <w:bottom w:w="60" w:type="dxa"/>
              <w:right w:w="60" w:type="dxa"/>
            </w:tcMar>
            <w:tcBorders>
              <w:top w:val="single" w:sz="30" w:space="0" w:color="E07A1F"/>
              <w:left w:val="single" w:sz="30" w:space="0" w:color="E07A1F"/>
              <w:bottom w:val="single" w:sz="30" w:space="0" w:color="E07A1F"/>
              <w:right w:val="single" w:sz="30" w:space="0" w:color="E07A1F"/>
            </w:tcBorders>
            <w:vAlign w:val="center"/>
          </w:tcPr>
          <w:p>
            <w:pPr>
              <w:spacing w:after="40" w:before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261872" cy="1261872"/>
                  <wp:docPr id="18" name="Picture 18" descr="picture card: bathroom" title="picture card: bathroom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athroom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1872" cy="126187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1D2B36"/>
                <w:sz w:val="34"/>
              </w:rPr>
              <w:t>bathroom</w:t>
            </w:r>
          </w:p>
        </w:tc>
        <w:tc>
          <w:tcPr>
            <w:tcW w:type="dxa" w:w="2952"/>
            <w:tcMar>
              <w:top w:w="60" w:type="dxa"/>
              <w:left w:w="60" w:type="dxa"/>
              <w:bottom w:w="60" w:type="dxa"/>
              <w:right w:w="60" w:type="dxa"/>
            </w:tcMar>
            <w:tcBorders>
              <w:top w:val="single" w:sz="30" w:space="0" w:color="E07A1F"/>
              <w:left w:val="single" w:sz="30" w:space="0" w:color="E07A1F"/>
              <w:bottom w:val="single" w:sz="30" w:space="0" w:color="E07A1F"/>
              <w:right w:val="single" w:sz="30" w:space="0" w:color="E07A1F"/>
            </w:tcBorders>
            <w:vAlign w:val="center"/>
          </w:tcPr>
          <w:p>
            <w:pPr>
              <w:spacing w:after="40" w:before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261872" cy="1261872"/>
                  <wp:docPr id="19" name="Picture 19" descr="picture card: wash hands" title="picture card: wash hands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wash-hands.png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1872" cy="126187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1D2B36"/>
                <w:sz w:val="34"/>
              </w:rPr>
              <w:t>wash hands</w:t>
            </w:r>
          </w:p>
        </w:tc>
      </w:tr>
      <w:tr>
        <w:trPr>
          <w:cantSplit/>
          <w:trHeight w:val="2909" w:hRule="exact"/>
        </w:trPr>
        <w:tc>
          <w:tcPr>
            <w:tcW w:type="dxa" w:w="2952"/>
            <w:tcMar>
              <w:top w:w="60" w:type="dxa"/>
              <w:left w:w="60" w:type="dxa"/>
              <w:bottom w:w="60" w:type="dxa"/>
              <w:right w:w="60" w:type="dxa"/>
            </w:tcMar>
            <w:tcBorders>
              <w:top w:val="single" w:sz="30" w:space="0" w:color="E07A1F"/>
              <w:left w:val="single" w:sz="30" w:space="0" w:color="E07A1F"/>
              <w:bottom w:val="single" w:sz="30" w:space="0" w:color="E07A1F"/>
              <w:right w:val="single" w:sz="30" w:space="0" w:color="E07A1F"/>
            </w:tcBorders>
            <w:vAlign w:val="center"/>
          </w:tcPr>
          <w:p>
            <w:pPr>
              <w:spacing w:after="40" w:before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261872" cy="1261872"/>
                  <wp:docPr id="20" name="Picture 20" descr="picture card: get dressed" title="picture card: get dressed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get-dressed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1872" cy="126187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1D2B36"/>
                <w:sz w:val="34"/>
              </w:rPr>
              <w:t>get dressed</w:t>
            </w:r>
          </w:p>
        </w:tc>
        <w:tc>
          <w:tcPr>
            <w:tcW w:type="dxa" w:w="2952"/>
            <w:tcMar>
              <w:top w:w="60" w:type="dxa"/>
              <w:left w:w="60" w:type="dxa"/>
              <w:bottom w:w="60" w:type="dxa"/>
              <w:right w:w="60" w:type="dxa"/>
            </w:tcMar>
            <w:tcBorders>
              <w:top w:val="single" w:sz="30" w:space="0" w:color="E07A1F"/>
              <w:left w:val="single" w:sz="30" w:space="0" w:color="E07A1F"/>
              <w:bottom w:val="single" w:sz="30" w:space="0" w:color="E07A1F"/>
              <w:right w:val="single" w:sz="30" w:space="0" w:color="E07A1F"/>
            </w:tcBorders>
            <w:vAlign w:val="center"/>
          </w:tcPr>
          <w:p>
            <w:pPr>
              <w:spacing w:after="40" w:before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261872" cy="1261872"/>
                  <wp:docPr id="21" name="Picture 21" descr="picture card: breakfast" title="picture card: breakfast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reakfast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1872" cy="126187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1D2B36"/>
                <w:sz w:val="34"/>
              </w:rPr>
              <w:t>breakfast</w:t>
            </w:r>
          </w:p>
        </w:tc>
        <w:tc>
          <w:tcPr>
            <w:tcW w:type="dxa" w:w="2952"/>
            <w:tcMar>
              <w:top w:w="60" w:type="dxa"/>
              <w:left w:w="60" w:type="dxa"/>
              <w:bottom w:w="60" w:type="dxa"/>
              <w:right w:w="60" w:type="dxa"/>
            </w:tcMar>
            <w:tcBorders>
              <w:top w:val="single" w:sz="30" w:space="0" w:color="E07A1F"/>
              <w:left w:val="single" w:sz="30" w:space="0" w:color="E07A1F"/>
              <w:bottom w:val="single" w:sz="30" w:space="0" w:color="E07A1F"/>
              <w:right w:val="single" w:sz="30" w:space="0" w:color="E07A1F"/>
            </w:tcBorders>
            <w:vAlign w:val="center"/>
          </w:tcPr>
          <w:p>
            <w:pPr>
              <w:spacing w:after="40" w:before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261872" cy="1261872"/>
                  <wp:docPr id="22" name="Picture 22" descr="picture card: brush teeth" title="picture card: brush teeth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rush-teeth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1872" cy="126187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1D2B36"/>
                <w:sz w:val="34"/>
              </w:rPr>
              <w:t>brush teeth</w:t>
            </w:r>
          </w:p>
        </w:tc>
      </w:tr>
      <w:tr>
        <w:trPr>
          <w:cantSplit/>
          <w:trHeight w:val="2909" w:hRule="exact"/>
        </w:trPr>
        <w:tc>
          <w:tcPr>
            <w:tcW w:type="dxa" w:w="2952"/>
            <w:tcMar>
              <w:top w:w="60" w:type="dxa"/>
              <w:left w:w="60" w:type="dxa"/>
              <w:bottom w:w="60" w:type="dxa"/>
              <w:right w:w="60" w:type="dxa"/>
            </w:tcMar>
            <w:tcBorders>
              <w:top w:val="single" w:sz="30" w:space="0" w:color="E07A1F"/>
              <w:left w:val="single" w:sz="30" w:space="0" w:color="E07A1F"/>
              <w:bottom w:val="single" w:sz="30" w:space="0" w:color="E07A1F"/>
              <w:right w:val="single" w:sz="30" w:space="0" w:color="E07A1F"/>
            </w:tcBorders>
            <w:vAlign w:val="center"/>
          </w:tcPr>
          <w:p>
            <w:pPr>
              <w:spacing w:after="40" w:before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261872" cy="1261872"/>
                  <wp:docPr id="23" name="Picture 23" descr="picture card: shoes on" title="picture card: shoes on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hoes-on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1872" cy="126187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1D2B36"/>
                <w:sz w:val="34"/>
              </w:rPr>
              <w:t>shoes on</w:t>
            </w:r>
          </w:p>
        </w:tc>
        <w:tc>
          <w:tcPr>
            <w:tcW w:type="dxa" w:w="2952"/>
            <w:tcMar>
              <w:top w:w="60" w:type="dxa"/>
              <w:left w:w="60" w:type="dxa"/>
              <w:bottom w:w="60" w:type="dxa"/>
              <w:right w:w="60" w:type="dxa"/>
            </w:tcMar>
            <w:tcBorders>
              <w:top w:val="single" w:sz="30" w:space="0" w:color="E07A1F"/>
              <w:left w:val="single" w:sz="30" w:space="0" w:color="E07A1F"/>
              <w:bottom w:val="single" w:sz="30" w:space="0" w:color="E07A1F"/>
              <w:right w:val="single" w:sz="30" w:space="0" w:color="E07A1F"/>
            </w:tcBorders>
            <w:vAlign w:val="center"/>
          </w:tcPr>
          <w:p>
            <w:pPr>
              <w:spacing w:after="40" w:before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261872" cy="1261872"/>
                  <wp:docPr id="24" name="Picture 24" descr="picture card: coat on" title="picture card: coat on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oat-on.png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1872" cy="126187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1D2B36"/>
                <w:sz w:val="34"/>
              </w:rPr>
              <w:t>coat on</w:t>
            </w:r>
          </w:p>
        </w:tc>
        <w:tc>
          <w:tcPr>
            <w:tcW w:type="dxa" w:w="2952"/>
            <w:tcMar>
              <w:top w:w="60" w:type="dxa"/>
              <w:left w:w="60" w:type="dxa"/>
              <w:bottom w:w="60" w:type="dxa"/>
              <w:right w:w="60" w:type="dxa"/>
            </w:tcMar>
            <w:tcBorders>
              <w:top w:val="single" w:sz="30" w:space="0" w:color="E07A1F"/>
              <w:left w:val="single" w:sz="30" w:space="0" w:color="E07A1F"/>
              <w:bottom w:val="single" w:sz="30" w:space="0" w:color="E07A1F"/>
              <w:right w:val="single" w:sz="30" w:space="0" w:color="E07A1F"/>
            </w:tcBorders>
            <w:vAlign w:val="center"/>
          </w:tcPr>
          <w:p>
            <w:pPr>
              <w:spacing w:after="40" w:before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261872" cy="1261872"/>
                  <wp:docPr id="25" name="Picture 25" descr="picture card: backpack" title="picture card: backpack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ackpack.png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1872" cy="126187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1D2B36"/>
                <w:sz w:val="34"/>
              </w:rPr>
              <w:t>backpack</w:t>
            </w:r>
          </w:p>
        </w:tc>
      </w:tr>
      <w:tr>
        <w:trPr>
          <w:cantSplit/>
          <w:trHeight w:val="2909" w:hRule="exact"/>
        </w:trPr>
        <w:tc>
          <w:tcPr>
            <w:tcW w:type="dxa" w:w="2952"/>
            <w:tcMar>
              <w:top w:w="60" w:type="dxa"/>
              <w:left w:w="60" w:type="dxa"/>
              <w:bottom w:w="60" w:type="dxa"/>
              <w:right w:w="60" w:type="dxa"/>
            </w:tcMar>
            <w:tcBorders>
              <w:top w:val="single" w:sz="30" w:space="0" w:color="E07A1F"/>
              <w:left w:val="single" w:sz="30" w:space="0" w:color="E07A1F"/>
              <w:bottom w:val="single" w:sz="30" w:space="0" w:color="E07A1F"/>
              <w:right w:val="single" w:sz="30" w:space="0" w:color="E07A1F"/>
            </w:tcBorders>
            <w:vAlign w:val="center"/>
          </w:tcPr>
          <w:p>
            <w:pPr>
              <w:spacing w:after="40" w:before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261872" cy="1261872"/>
                  <wp:docPr id="26" name="Picture 26" descr="picture card: bus" title="picture card: bus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us.png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1872" cy="126187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1D2B36"/>
                <w:sz w:val="34"/>
              </w:rPr>
              <w:t>bus</w:t>
            </w:r>
          </w:p>
        </w:tc>
        <w:tc>
          <w:tcPr>
            <w:tcW w:type="dxa" w:w="2952"/>
            <w:tcMar>
              <w:top w:w="60" w:type="dxa"/>
              <w:left w:w="60" w:type="dxa"/>
              <w:bottom w:w="60" w:type="dxa"/>
              <w:right w:w="60" w:type="dxa"/>
            </w:tcMar>
            <w:tcBorders>
              <w:top w:val="single" w:sz="30" w:space="0" w:color="E07A1F"/>
              <w:left w:val="single" w:sz="30" w:space="0" w:color="E07A1F"/>
              <w:bottom w:val="single" w:sz="30" w:space="0" w:color="E07A1F"/>
              <w:right w:val="single" w:sz="30" w:space="0" w:color="E07A1F"/>
            </w:tcBorders>
            <w:vAlign w:val="center"/>
          </w:tcPr>
          <w:p>
            <w:pPr>
              <w:spacing w:after="40" w:before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261872" cy="1261872"/>
                  <wp:docPr id="27" name="Picture 27" descr="picture card: car" title="picture card: car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ar.png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1872" cy="126187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1D2B36"/>
                <w:sz w:val="34"/>
              </w:rPr>
              <w:t>car</w:t>
            </w:r>
          </w:p>
        </w:tc>
        <w:tc>
          <w:tcPr>
            <w:tcW w:type="dxa" w:w="2952"/>
            <w:tcMar>
              <w:top w:w="60" w:type="dxa"/>
              <w:left w:w="60" w:type="dxa"/>
              <w:bottom w:w="60" w:type="dxa"/>
              <w:right w:w="60" w:type="dxa"/>
            </w:tcMar>
            <w:tcBorders>
              <w:top w:val="dashed" w:sz="8" w:space="0" w:color="8AA5BC"/>
              <w:left w:val="dashed" w:sz="8" w:space="0" w:color="8AA5BC"/>
              <w:bottom w:val="dashed" w:sz="8" w:space="0" w:color="8AA5BC"/>
              <w:right w:val="dashed" w:sz="8" w:space="0" w:color="8AA5BC"/>
            </w:tcBorders>
            <w:vAlign w:val="center"/>
          </w:tcPr>
          <w:p>
            <w:pPr>
              <w:jc w:val="center"/>
            </w:pPr>
            <w:r>
              <w:rPr>
                <w:b w:val="0"/>
                <w:i w:val="0"/>
                <w:color w:val="8AA5BC"/>
                <w:sz w:val="18"/>
              </w:rPr>
              <w:t>empty box: paste a card here</w:t>
            </w:r>
          </w:p>
        </w:tc>
      </w:tr>
    </w:tbl>
    <w:p>
      <w:pPr>
        <w:keepNext/>
        <w:pageBreakBefore/>
        <w:tabs>
          <w:tab w:pos="10512" w:val="right"/>
        </w:tabs>
        <w:spacing w:after="120" w:before="0" w:line="240" w:lineRule="auto"/>
      </w:pPr>
      <w:r>
        <w:rPr>
          <w:b w:val="0"/>
          <w:i w:val="0"/>
          <w:color w:val="0D5487"/>
          <w:sz w:val="30"/>
        </w:rPr>
        <w:t xml:space="preserve">■ </w:t>
      </w:r>
      <w:r>
        <w:rPr>
          <w:rFonts w:ascii="Georgia" w:hAnsi="Georgia" w:eastAsia="Georgia"/>
          <w:b/>
          <w:i w:val="0"/>
          <w:color w:val="004366"/>
          <w:sz w:val="30"/>
        </w:rPr>
        <w:t>School and therapy</w:t>
      </w:r>
      <w:r>
        <w:rPr>
          <w:b w:val="0"/>
          <w:i w:val="0"/>
          <w:color w:val="5A6B78"/>
          <w:sz w:val="20"/>
        </w:rPr>
        <w:tab/>
        <w:t>✂ Cut on the lines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951"/>
        <w:gridCol w:w="2951"/>
        <w:gridCol w:w="2951"/>
      </w:tblGrid>
      <w:tr>
        <w:trPr>
          <w:cantSplit/>
          <w:trHeight w:val="2909" w:hRule="exact"/>
        </w:trPr>
        <w:tc>
          <w:tcPr>
            <w:tcW w:type="dxa" w:w="2952"/>
            <w:tcMar>
              <w:top w:w="60" w:type="dxa"/>
              <w:left w:w="60" w:type="dxa"/>
              <w:bottom w:w="60" w:type="dxa"/>
              <w:right w:w="60" w:type="dxa"/>
            </w:tcMar>
            <w:tcBorders>
              <w:top w:val="single" w:sz="30" w:space="0" w:color="0D5487"/>
              <w:left w:val="single" w:sz="30" w:space="0" w:color="0D5487"/>
              <w:bottom w:val="single" w:sz="30" w:space="0" w:color="0D5487"/>
              <w:right w:val="single" w:sz="30" w:space="0" w:color="0D5487"/>
            </w:tcBorders>
            <w:vAlign w:val="center"/>
          </w:tcPr>
          <w:p>
            <w:pPr>
              <w:spacing w:after="40" w:before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261872" cy="1261872"/>
                  <wp:docPr id="28" name="Picture 28" descr="picture card: school" title="picture card: school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chool.png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1872" cy="126187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1D2B36"/>
                <w:sz w:val="34"/>
              </w:rPr>
              <w:t>school</w:t>
            </w:r>
          </w:p>
        </w:tc>
        <w:tc>
          <w:tcPr>
            <w:tcW w:type="dxa" w:w="2952"/>
            <w:tcMar>
              <w:top w:w="60" w:type="dxa"/>
              <w:left w:w="60" w:type="dxa"/>
              <w:bottom w:w="60" w:type="dxa"/>
              <w:right w:w="60" w:type="dxa"/>
            </w:tcMar>
            <w:tcBorders>
              <w:top w:val="single" w:sz="30" w:space="0" w:color="0D5487"/>
              <w:left w:val="single" w:sz="30" w:space="0" w:color="0D5487"/>
              <w:bottom w:val="single" w:sz="30" w:space="0" w:color="0D5487"/>
              <w:right w:val="single" w:sz="30" w:space="0" w:color="0D5487"/>
            </w:tcBorders>
            <w:vAlign w:val="center"/>
          </w:tcPr>
          <w:p>
            <w:pPr>
              <w:spacing w:after="40" w:before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261872" cy="1261872"/>
                  <wp:docPr id="29" name="Picture 29" descr="picture card: therapy" title="picture card: therapy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herapy.png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1872" cy="126187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1D2B36"/>
                <w:sz w:val="34"/>
              </w:rPr>
              <w:t>therapy</w:t>
            </w:r>
          </w:p>
        </w:tc>
        <w:tc>
          <w:tcPr>
            <w:tcW w:type="dxa" w:w="2952"/>
            <w:tcMar>
              <w:top w:w="60" w:type="dxa"/>
              <w:left w:w="60" w:type="dxa"/>
              <w:bottom w:w="60" w:type="dxa"/>
              <w:right w:w="60" w:type="dxa"/>
            </w:tcMar>
            <w:tcBorders>
              <w:top w:val="single" w:sz="30" w:space="0" w:color="0D5487"/>
              <w:left w:val="single" w:sz="30" w:space="0" w:color="0D5487"/>
              <w:bottom w:val="single" w:sz="30" w:space="0" w:color="0D5487"/>
              <w:right w:val="single" w:sz="30" w:space="0" w:color="0D5487"/>
            </w:tcBorders>
            <w:vAlign w:val="center"/>
          </w:tcPr>
          <w:p>
            <w:pPr>
              <w:spacing w:after="40" w:before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261872" cy="1261872"/>
                  <wp:docPr id="30" name="Picture 30" descr="picture card: circle time" title="picture card: circle time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ircle-time.png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1872" cy="126187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1D2B36"/>
                <w:sz w:val="34"/>
              </w:rPr>
              <w:t>circle time</w:t>
            </w:r>
          </w:p>
        </w:tc>
      </w:tr>
      <w:tr>
        <w:trPr>
          <w:cantSplit/>
          <w:trHeight w:val="2909" w:hRule="exact"/>
        </w:trPr>
        <w:tc>
          <w:tcPr>
            <w:tcW w:type="dxa" w:w="2952"/>
            <w:tcMar>
              <w:top w:w="60" w:type="dxa"/>
              <w:left w:w="60" w:type="dxa"/>
              <w:bottom w:w="60" w:type="dxa"/>
              <w:right w:w="60" w:type="dxa"/>
            </w:tcMar>
            <w:tcBorders>
              <w:top w:val="single" w:sz="30" w:space="0" w:color="0D5487"/>
              <w:left w:val="single" w:sz="30" w:space="0" w:color="0D5487"/>
              <w:bottom w:val="single" w:sz="30" w:space="0" w:color="0D5487"/>
              <w:right w:val="single" w:sz="30" w:space="0" w:color="0D5487"/>
            </w:tcBorders>
            <w:vAlign w:val="center"/>
          </w:tcPr>
          <w:p>
            <w:pPr>
              <w:spacing w:after="40" w:before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261872" cy="1261872"/>
                  <wp:docPr id="31" name="Picture 31" descr="picture card: work time" title="picture card: work time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work-time.png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1872" cy="126187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1D2B36"/>
                <w:sz w:val="34"/>
              </w:rPr>
              <w:t>work time</w:t>
            </w:r>
          </w:p>
        </w:tc>
        <w:tc>
          <w:tcPr>
            <w:tcW w:type="dxa" w:w="2952"/>
            <w:tcMar>
              <w:top w:w="60" w:type="dxa"/>
              <w:left w:w="60" w:type="dxa"/>
              <w:bottom w:w="60" w:type="dxa"/>
              <w:right w:w="60" w:type="dxa"/>
            </w:tcMar>
            <w:tcBorders>
              <w:top w:val="single" w:sz="30" w:space="0" w:color="0D5487"/>
              <w:left w:val="single" w:sz="30" w:space="0" w:color="0D5487"/>
              <w:bottom w:val="single" w:sz="30" w:space="0" w:color="0D5487"/>
              <w:right w:val="single" w:sz="30" w:space="0" w:color="0D5487"/>
            </w:tcBorders>
            <w:vAlign w:val="center"/>
          </w:tcPr>
          <w:p>
            <w:pPr>
              <w:spacing w:after="40" w:before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261872" cy="1261872"/>
                  <wp:docPr id="32" name="Picture 32" descr="picture card: snack" title="picture card: snack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nack.png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1872" cy="126187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1D2B36"/>
                <w:sz w:val="34"/>
              </w:rPr>
              <w:t>snack</w:t>
            </w:r>
          </w:p>
        </w:tc>
        <w:tc>
          <w:tcPr>
            <w:tcW w:type="dxa" w:w="2952"/>
            <w:tcMar>
              <w:top w:w="60" w:type="dxa"/>
              <w:left w:w="60" w:type="dxa"/>
              <w:bottom w:w="60" w:type="dxa"/>
              <w:right w:w="60" w:type="dxa"/>
            </w:tcMar>
            <w:tcBorders>
              <w:top w:val="single" w:sz="30" w:space="0" w:color="0D5487"/>
              <w:left w:val="single" w:sz="30" w:space="0" w:color="0D5487"/>
              <w:bottom w:val="single" w:sz="30" w:space="0" w:color="0D5487"/>
              <w:right w:val="single" w:sz="30" w:space="0" w:color="0D5487"/>
            </w:tcBorders>
            <w:vAlign w:val="center"/>
          </w:tcPr>
          <w:p>
            <w:pPr>
              <w:spacing w:after="40" w:before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261872" cy="1261872"/>
                  <wp:docPr id="33" name="Picture 33" descr="picture card: lunch" title="picture card: lunch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unch.png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1872" cy="126187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1D2B36"/>
                <w:sz w:val="34"/>
              </w:rPr>
              <w:t>lunch</w:t>
            </w:r>
          </w:p>
        </w:tc>
      </w:tr>
      <w:tr>
        <w:trPr>
          <w:cantSplit/>
          <w:trHeight w:val="2909" w:hRule="exact"/>
        </w:trPr>
        <w:tc>
          <w:tcPr>
            <w:tcW w:type="dxa" w:w="2952"/>
            <w:tcMar>
              <w:top w:w="60" w:type="dxa"/>
              <w:left w:w="60" w:type="dxa"/>
              <w:bottom w:w="60" w:type="dxa"/>
              <w:right w:w="60" w:type="dxa"/>
            </w:tcMar>
            <w:tcBorders>
              <w:top w:val="single" w:sz="30" w:space="0" w:color="0D5487"/>
              <w:left w:val="single" w:sz="30" w:space="0" w:color="0D5487"/>
              <w:bottom w:val="single" w:sz="30" w:space="0" w:color="0D5487"/>
              <w:right w:val="single" w:sz="30" w:space="0" w:color="0D5487"/>
            </w:tcBorders>
            <w:vAlign w:val="center"/>
          </w:tcPr>
          <w:p>
            <w:pPr>
              <w:spacing w:after="40" w:before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261872" cy="1261872"/>
                  <wp:docPr id="34" name="Picture 34" descr="picture card: recess" title="picture card: recess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recess.png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1872" cy="126187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1D2B36"/>
                <w:sz w:val="34"/>
              </w:rPr>
              <w:t>recess</w:t>
            </w:r>
          </w:p>
        </w:tc>
        <w:tc>
          <w:tcPr>
            <w:tcW w:type="dxa" w:w="2952"/>
            <w:tcMar>
              <w:top w:w="60" w:type="dxa"/>
              <w:left w:w="60" w:type="dxa"/>
              <w:bottom w:w="60" w:type="dxa"/>
              <w:right w:w="60" w:type="dxa"/>
            </w:tcMar>
            <w:tcBorders>
              <w:top w:val="single" w:sz="30" w:space="0" w:color="0D5487"/>
              <w:left w:val="single" w:sz="30" w:space="0" w:color="0D5487"/>
              <w:bottom w:val="single" w:sz="30" w:space="0" w:color="0D5487"/>
              <w:right w:val="single" w:sz="30" w:space="0" w:color="0D5487"/>
            </w:tcBorders>
            <w:vAlign w:val="center"/>
          </w:tcPr>
          <w:p>
            <w:pPr>
              <w:spacing w:after="40" w:before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261872" cy="1261872"/>
                  <wp:docPr id="35" name="Picture 35" descr="picture card: go home" title="picture card: go home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go-home.png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1872" cy="126187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1D2B36"/>
                <w:sz w:val="34"/>
              </w:rPr>
              <w:t>go home</w:t>
            </w:r>
          </w:p>
        </w:tc>
        <w:tc>
          <w:tcPr>
            <w:tcW w:type="dxa" w:w="2952"/>
            <w:tcMar>
              <w:top w:w="60" w:type="dxa"/>
              <w:left w:w="60" w:type="dxa"/>
              <w:bottom w:w="60" w:type="dxa"/>
              <w:right w:w="60" w:type="dxa"/>
            </w:tcMar>
            <w:tcBorders>
              <w:top w:val="dashed" w:sz="8" w:space="0" w:color="8AA5BC"/>
              <w:left w:val="dashed" w:sz="8" w:space="0" w:color="8AA5BC"/>
              <w:bottom w:val="dashed" w:sz="8" w:space="0" w:color="8AA5BC"/>
              <w:right w:val="dashed" w:sz="8" w:space="0" w:color="8AA5BC"/>
            </w:tcBorders>
            <w:vAlign w:val="center"/>
          </w:tcPr>
          <w:p>
            <w:pPr>
              <w:jc w:val="center"/>
            </w:pPr>
            <w:r>
              <w:rPr>
                <w:b w:val="0"/>
                <w:i w:val="0"/>
                <w:color w:val="8AA5BC"/>
                <w:sz w:val="18"/>
              </w:rPr>
              <w:t>empty box: paste a card here</w:t>
            </w:r>
          </w:p>
        </w:tc>
      </w:tr>
    </w:tbl>
    <w:p>
      <w:pPr>
        <w:keepNext/>
        <w:pageBreakBefore/>
        <w:tabs>
          <w:tab w:pos="10512" w:val="right"/>
        </w:tabs>
        <w:spacing w:after="120" w:before="0" w:line="240" w:lineRule="auto"/>
      </w:pPr>
      <w:r>
        <w:rPr>
          <w:b w:val="0"/>
          <w:i w:val="0"/>
          <w:color w:val="2E8B57"/>
          <w:sz w:val="30"/>
        </w:rPr>
        <w:t xml:space="preserve">■ </w:t>
      </w:r>
      <w:r>
        <w:rPr>
          <w:rFonts w:ascii="Georgia" w:hAnsi="Georgia" w:eastAsia="Georgia"/>
          <w:b/>
          <w:i w:val="0"/>
          <w:color w:val="004366"/>
          <w:sz w:val="30"/>
        </w:rPr>
        <w:t>After school</w:t>
      </w:r>
      <w:r>
        <w:rPr>
          <w:b w:val="0"/>
          <w:i w:val="0"/>
        </w:rPr>
        <w:t xml:space="preserve">    </w:t>
      </w:r>
      <w:r>
        <w:rPr>
          <w:b w:val="0"/>
          <w:i w:val="0"/>
          <w:color w:val="6B4FA8"/>
          <w:sz w:val="30"/>
        </w:rPr>
        <w:t xml:space="preserve">■ </w:t>
      </w:r>
      <w:r>
        <w:rPr>
          <w:rFonts w:ascii="Georgia" w:hAnsi="Georgia" w:eastAsia="Georgia"/>
          <w:b/>
          <w:i w:val="0"/>
          <w:color w:val="004366"/>
          <w:sz w:val="30"/>
        </w:rPr>
        <w:t>Bedtime</w:t>
      </w:r>
      <w:r>
        <w:rPr>
          <w:b w:val="0"/>
          <w:i w:val="0"/>
          <w:color w:val="5A6B78"/>
          <w:sz w:val="20"/>
        </w:rPr>
        <w:tab/>
        <w:t>✂ Cut on the lines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951"/>
        <w:gridCol w:w="2951"/>
        <w:gridCol w:w="2951"/>
      </w:tblGrid>
      <w:tr>
        <w:trPr>
          <w:cantSplit/>
          <w:trHeight w:val="2909" w:hRule="exact"/>
        </w:trPr>
        <w:tc>
          <w:tcPr>
            <w:tcW w:type="dxa" w:w="2952"/>
            <w:tcMar>
              <w:top w:w="60" w:type="dxa"/>
              <w:left w:w="60" w:type="dxa"/>
              <w:bottom w:w="60" w:type="dxa"/>
              <w:right w:w="60" w:type="dxa"/>
            </w:tcMar>
            <w:tcBorders>
              <w:top w:val="single" w:sz="30" w:space="0" w:color="2E8B57"/>
              <w:left w:val="single" w:sz="30" w:space="0" w:color="2E8B57"/>
              <w:bottom w:val="single" w:sz="30" w:space="0" w:color="2E8B57"/>
              <w:right w:val="single" w:sz="30" w:space="0" w:color="2E8B57"/>
            </w:tcBorders>
            <w:vAlign w:val="center"/>
          </w:tcPr>
          <w:p>
            <w:pPr>
              <w:spacing w:after="40" w:before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261872" cy="1261872"/>
                  <wp:docPr id="36" name="Picture 36" descr="picture card: snack" title="picture card: snack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nack.png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1872" cy="126187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1D2B36"/>
                <w:sz w:val="34"/>
              </w:rPr>
              <w:t>snack</w:t>
            </w:r>
          </w:p>
        </w:tc>
        <w:tc>
          <w:tcPr>
            <w:tcW w:type="dxa" w:w="2952"/>
            <w:tcMar>
              <w:top w:w="60" w:type="dxa"/>
              <w:left w:w="60" w:type="dxa"/>
              <w:bottom w:w="60" w:type="dxa"/>
              <w:right w:w="60" w:type="dxa"/>
            </w:tcMar>
            <w:tcBorders>
              <w:top w:val="single" w:sz="30" w:space="0" w:color="2E8B57"/>
              <w:left w:val="single" w:sz="30" w:space="0" w:color="2E8B57"/>
              <w:bottom w:val="single" w:sz="30" w:space="0" w:color="2E8B57"/>
              <w:right w:val="single" w:sz="30" w:space="0" w:color="2E8B57"/>
            </w:tcBorders>
            <w:vAlign w:val="center"/>
          </w:tcPr>
          <w:p>
            <w:pPr>
              <w:spacing w:after="40" w:before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261872" cy="1261872"/>
                  <wp:docPr id="37" name="Picture 37" descr="picture card: play" title="picture card: play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lay.png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1872" cy="126187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1D2B36"/>
                <w:sz w:val="34"/>
              </w:rPr>
              <w:t>play</w:t>
            </w:r>
          </w:p>
        </w:tc>
        <w:tc>
          <w:tcPr>
            <w:tcW w:type="dxa" w:w="2952"/>
            <w:tcMar>
              <w:top w:w="60" w:type="dxa"/>
              <w:left w:w="60" w:type="dxa"/>
              <w:bottom w:w="60" w:type="dxa"/>
              <w:right w:w="60" w:type="dxa"/>
            </w:tcMar>
            <w:tcBorders>
              <w:top w:val="single" w:sz="30" w:space="0" w:color="2E8B57"/>
              <w:left w:val="single" w:sz="30" w:space="0" w:color="2E8B57"/>
              <w:bottom w:val="single" w:sz="30" w:space="0" w:color="2E8B57"/>
              <w:right w:val="single" w:sz="30" w:space="0" w:color="2E8B57"/>
            </w:tcBorders>
            <w:vAlign w:val="center"/>
          </w:tcPr>
          <w:p>
            <w:pPr>
              <w:spacing w:after="40" w:before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261872" cy="1261872"/>
                  <wp:docPr id="38" name="Picture 38" descr="picture card: outside" title="picture card: outside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outside.png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1872" cy="126187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1D2B36"/>
                <w:sz w:val="34"/>
              </w:rPr>
              <w:t>outside</w:t>
            </w:r>
          </w:p>
        </w:tc>
      </w:tr>
      <w:tr>
        <w:trPr>
          <w:cantSplit/>
          <w:trHeight w:val="2909" w:hRule="exact"/>
        </w:trPr>
        <w:tc>
          <w:tcPr>
            <w:tcW w:type="dxa" w:w="2952"/>
            <w:tcMar>
              <w:top w:w="60" w:type="dxa"/>
              <w:left w:w="60" w:type="dxa"/>
              <w:bottom w:w="60" w:type="dxa"/>
              <w:right w:w="60" w:type="dxa"/>
            </w:tcMar>
            <w:tcBorders>
              <w:top w:val="single" w:sz="30" w:space="0" w:color="2E8B57"/>
              <w:left w:val="single" w:sz="30" w:space="0" w:color="2E8B57"/>
              <w:bottom w:val="single" w:sz="30" w:space="0" w:color="2E8B57"/>
              <w:right w:val="single" w:sz="30" w:space="0" w:color="2E8B57"/>
            </w:tcBorders>
            <w:vAlign w:val="center"/>
          </w:tcPr>
          <w:p>
            <w:pPr>
              <w:spacing w:after="40" w:before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261872" cy="1261872"/>
                  <wp:docPr id="39" name="Picture 39" descr="picture card: homework" title="picture card: homework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homework.png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1872" cy="126187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1D2B36"/>
                <w:sz w:val="34"/>
              </w:rPr>
              <w:t>homework</w:t>
            </w:r>
          </w:p>
        </w:tc>
        <w:tc>
          <w:tcPr>
            <w:tcW w:type="dxa" w:w="2952"/>
            <w:tcMar>
              <w:top w:w="60" w:type="dxa"/>
              <w:left w:w="60" w:type="dxa"/>
              <w:bottom w:w="60" w:type="dxa"/>
              <w:right w:w="60" w:type="dxa"/>
            </w:tcMar>
            <w:tcBorders>
              <w:top w:val="single" w:sz="30" w:space="0" w:color="2E8B57"/>
              <w:left w:val="single" w:sz="30" w:space="0" w:color="2E8B57"/>
              <w:bottom w:val="single" w:sz="30" w:space="0" w:color="2E8B57"/>
              <w:right w:val="single" w:sz="30" w:space="0" w:color="2E8B57"/>
            </w:tcBorders>
            <w:vAlign w:val="center"/>
          </w:tcPr>
          <w:p>
            <w:pPr>
              <w:spacing w:after="40" w:before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261872" cy="1261872"/>
                  <wp:docPr id="40" name="Picture 40" descr="picture card: tablet time" title="picture card: tablet time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ablet-time.png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1872" cy="126187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1D2B36"/>
                <w:sz w:val="34"/>
              </w:rPr>
              <w:t>tablet time</w:t>
            </w:r>
          </w:p>
        </w:tc>
        <w:tc>
          <w:tcPr>
            <w:tcW w:type="dxa" w:w="2952"/>
            <w:tcMar>
              <w:top w:w="60" w:type="dxa"/>
              <w:left w:w="60" w:type="dxa"/>
              <w:bottom w:w="60" w:type="dxa"/>
              <w:right w:w="60" w:type="dxa"/>
            </w:tcMar>
            <w:tcBorders>
              <w:top w:val="single" w:sz="30" w:space="0" w:color="2E8B57"/>
              <w:left w:val="single" w:sz="30" w:space="0" w:color="2E8B57"/>
              <w:bottom w:val="single" w:sz="30" w:space="0" w:color="2E8B57"/>
              <w:right w:val="single" w:sz="30" w:space="0" w:color="2E8B57"/>
            </w:tcBorders>
            <w:vAlign w:val="center"/>
          </w:tcPr>
          <w:p>
            <w:pPr>
              <w:spacing w:after="40" w:before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261872" cy="1261872"/>
                  <wp:docPr id="41" name="Picture 41" descr="picture card: dinner" title="picture card: dinner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inner.png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1872" cy="126187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1D2B36"/>
                <w:sz w:val="34"/>
              </w:rPr>
              <w:t>dinner</w:t>
            </w:r>
          </w:p>
        </w:tc>
      </w:tr>
      <w:tr>
        <w:trPr>
          <w:cantSplit/>
          <w:trHeight w:val="2909" w:hRule="exact"/>
        </w:trPr>
        <w:tc>
          <w:tcPr>
            <w:tcW w:type="dxa" w:w="2952"/>
            <w:tcMar>
              <w:top w:w="60" w:type="dxa"/>
              <w:left w:w="60" w:type="dxa"/>
              <w:bottom w:w="60" w:type="dxa"/>
              <w:right w:w="60" w:type="dxa"/>
            </w:tcMar>
            <w:tcBorders>
              <w:top w:val="single" w:sz="30" w:space="0" w:color="6B4FA8"/>
              <w:left w:val="single" w:sz="30" w:space="0" w:color="6B4FA8"/>
              <w:bottom w:val="single" w:sz="30" w:space="0" w:color="6B4FA8"/>
              <w:right w:val="single" w:sz="30" w:space="0" w:color="6B4FA8"/>
            </w:tcBorders>
            <w:vAlign w:val="center"/>
          </w:tcPr>
          <w:p>
            <w:pPr>
              <w:spacing w:after="40" w:before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261872" cy="1261872"/>
                  <wp:docPr id="42" name="Picture 42" descr="picture card: bath" title="picture card: bath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ath.png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1872" cy="126187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1D2B36"/>
                <w:sz w:val="34"/>
              </w:rPr>
              <w:t>bath</w:t>
            </w:r>
          </w:p>
        </w:tc>
        <w:tc>
          <w:tcPr>
            <w:tcW w:type="dxa" w:w="2952"/>
            <w:tcMar>
              <w:top w:w="60" w:type="dxa"/>
              <w:left w:w="60" w:type="dxa"/>
              <w:bottom w:w="60" w:type="dxa"/>
              <w:right w:w="60" w:type="dxa"/>
            </w:tcMar>
            <w:tcBorders>
              <w:top w:val="single" w:sz="30" w:space="0" w:color="6B4FA8"/>
              <w:left w:val="single" w:sz="30" w:space="0" w:color="6B4FA8"/>
              <w:bottom w:val="single" w:sz="30" w:space="0" w:color="6B4FA8"/>
              <w:right w:val="single" w:sz="30" w:space="0" w:color="6B4FA8"/>
            </w:tcBorders>
            <w:vAlign w:val="center"/>
          </w:tcPr>
          <w:p>
            <w:pPr>
              <w:spacing w:after="40" w:before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261872" cy="1261872"/>
                  <wp:docPr id="43" name="Picture 43" descr="picture card: pajamas" title="picture card: pajamas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ajamas.png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1872" cy="126187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1D2B36"/>
                <w:sz w:val="34"/>
              </w:rPr>
              <w:t>pajamas</w:t>
            </w:r>
          </w:p>
        </w:tc>
        <w:tc>
          <w:tcPr>
            <w:tcW w:type="dxa" w:w="2952"/>
            <w:tcMar>
              <w:top w:w="60" w:type="dxa"/>
              <w:left w:w="60" w:type="dxa"/>
              <w:bottom w:w="60" w:type="dxa"/>
              <w:right w:w="60" w:type="dxa"/>
            </w:tcMar>
            <w:tcBorders>
              <w:top w:val="single" w:sz="30" w:space="0" w:color="6B4FA8"/>
              <w:left w:val="single" w:sz="30" w:space="0" w:color="6B4FA8"/>
              <w:bottom w:val="single" w:sz="30" w:space="0" w:color="6B4FA8"/>
              <w:right w:val="single" w:sz="30" w:space="0" w:color="6B4FA8"/>
            </w:tcBorders>
            <w:vAlign w:val="center"/>
          </w:tcPr>
          <w:p>
            <w:pPr>
              <w:spacing w:after="40" w:before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261872" cy="1261872"/>
                  <wp:docPr id="44" name="Picture 44" descr="picture card: brush teeth" title="picture card: brush teeth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rush-teeth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1872" cy="126187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1D2B36"/>
                <w:sz w:val="34"/>
              </w:rPr>
              <w:t>brush teeth</w:t>
            </w:r>
          </w:p>
        </w:tc>
      </w:tr>
      <w:tr>
        <w:trPr>
          <w:cantSplit/>
          <w:trHeight w:val="2909" w:hRule="exact"/>
        </w:trPr>
        <w:tc>
          <w:tcPr>
            <w:tcW w:type="dxa" w:w="2952"/>
            <w:tcMar>
              <w:top w:w="60" w:type="dxa"/>
              <w:left w:w="60" w:type="dxa"/>
              <w:bottom w:w="60" w:type="dxa"/>
              <w:right w:w="60" w:type="dxa"/>
            </w:tcMar>
            <w:tcBorders>
              <w:top w:val="single" w:sz="30" w:space="0" w:color="6B4FA8"/>
              <w:left w:val="single" w:sz="30" w:space="0" w:color="6B4FA8"/>
              <w:bottom w:val="single" w:sz="30" w:space="0" w:color="6B4FA8"/>
              <w:right w:val="single" w:sz="30" w:space="0" w:color="6B4FA8"/>
            </w:tcBorders>
            <w:vAlign w:val="center"/>
          </w:tcPr>
          <w:p>
            <w:pPr>
              <w:spacing w:after="40" w:before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261872" cy="1261872"/>
                  <wp:docPr id="45" name="Picture 45" descr="picture card: book" title="picture card: book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ook.png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1872" cy="126187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1D2B36"/>
                <w:sz w:val="34"/>
              </w:rPr>
              <w:t>book</w:t>
            </w:r>
          </w:p>
        </w:tc>
        <w:tc>
          <w:tcPr>
            <w:tcW w:type="dxa" w:w="2952"/>
            <w:tcMar>
              <w:top w:w="60" w:type="dxa"/>
              <w:left w:w="60" w:type="dxa"/>
              <w:bottom w:w="60" w:type="dxa"/>
              <w:right w:w="60" w:type="dxa"/>
            </w:tcMar>
            <w:tcBorders>
              <w:top w:val="single" w:sz="30" w:space="0" w:color="6B4FA8"/>
              <w:left w:val="single" w:sz="30" w:space="0" w:color="6B4FA8"/>
              <w:bottom w:val="single" w:sz="30" w:space="0" w:color="6B4FA8"/>
              <w:right w:val="single" w:sz="30" w:space="0" w:color="6B4FA8"/>
            </w:tcBorders>
            <w:vAlign w:val="center"/>
          </w:tcPr>
          <w:p>
            <w:pPr>
              <w:spacing w:after="40" w:before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261872" cy="1261872"/>
                  <wp:docPr id="46" name="Picture 46" descr="picture card: bed" title="picture card: bed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ed.png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1872" cy="126187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1D2B36"/>
                <w:sz w:val="34"/>
              </w:rPr>
              <w:t>bed</w:t>
            </w:r>
          </w:p>
        </w:tc>
        <w:tc>
          <w:tcPr>
            <w:tcW w:type="dxa" w:w="2952"/>
            <w:tcMar>
              <w:top w:w="60" w:type="dxa"/>
              <w:left w:w="60" w:type="dxa"/>
              <w:bottom w:w="60" w:type="dxa"/>
              <w:right w:w="60" w:type="dxa"/>
            </w:tcMar>
            <w:tcBorders>
              <w:top w:val="dashed" w:sz="8" w:space="0" w:color="8AA5BC"/>
              <w:left w:val="dashed" w:sz="8" w:space="0" w:color="8AA5BC"/>
              <w:bottom w:val="dashed" w:sz="8" w:space="0" w:color="8AA5BC"/>
              <w:right w:val="dashed" w:sz="8" w:space="0" w:color="8AA5BC"/>
            </w:tcBorders>
            <w:vAlign w:val="center"/>
          </w:tcPr>
          <w:p>
            <w:pPr>
              <w:jc w:val="center"/>
            </w:pPr>
            <w:r>
              <w:rPr>
                <w:b w:val="0"/>
                <w:i w:val="0"/>
                <w:color w:val="8AA5BC"/>
                <w:sz w:val="18"/>
              </w:rPr>
              <w:t>empty box: paste a card here</w:t>
            </w:r>
          </w:p>
        </w:tc>
      </w:tr>
    </w:tbl>
    <w:p>
      <w:pPr>
        <w:keepNext/>
        <w:pageBreakBefore/>
        <w:tabs>
          <w:tab w:pos="10512" w:val="right"/>
        </w:tabs>
        <w:spacing w:after="120" w:before="0" w:line="240" w:lineRule="auto"/>
      </w:pPr>
      <w:r>
        <w:rPr>
          <w:b w:val="0"/>
          <w:i w:val="0"/>
          <w:color w:val="C0392B"/>
          <w:sz w:val="30"/>
        </w:rPr>
        <w:t xml:space="preserve">■ </w:t>
      </w:r>
      <w:r>
        <w:rPr>
          <w:rFonts w:ascii="Georgia" w:hAnsi="Georgia" w:eastAsia="Georgia"/>
          <w:b/>
          <w:i w:val="0"/>
          <w:color w:val="004366"/>
          <w:sz w:val="30"/>
        </w:rPr>
        <w:t>Helpful cards</w:t>
      </w:r>
      <w:r>
        <w:rPr>
          <w:b w:val="0"/>
          <w:i w:val="0"/>
        </w:rPr>
        <w:t xml:space="preserve">    </w:t>
      </w:r>
      <w:r>
        <w:rPr>
          <w:b w:val="0"/>
          <w:i w:val="0"/>
          <w:color w:val="7A8B98"/>
          <w:sz w:val="30"/>
        </w:rPr>
        <w:t xml:space="preserve">■ </w:t>
      </w:r>
      <w:r>
        <w:rPr>
          <w:rFonts w:ascii="Georgia" w:hAnsi="Georgia" w:eastAsia="Georgia"/>
          <w:b/>
          <w:i w:val="0"/>
          <w:color w:val="004366"/>
          <w:sz w:val="30"/>
        </w:rPr>
        <w:t>Blank cards</w:t>
      </w:r>
      <w:r>
        <w:rPr>
          <w:b w:val="0"/>
          <w:i w:val="0"/>
          <w:color w:val="5A6B78"/>
          <w:sz w:val="20"/>
        </w:rPr>
        <w:tab/>
        <w:t>✂ Cut on the lines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951"/>
        <w:gridCol w:w="2951"/>
        <w:gridCol w:w="2951"/>
      </w:tblGrid>
      <w:tr>
        <w:trPr>
          <w:cantSplit/>
          <w:trHeight w:val="2909" w:hRule="exact"/>
        </w:trPr>
        <w:tc>
          <w:tcPr>
            <w:tcW w:type="dxa" w:w="2952"/>
            <w:tcMar>
              <w:top w:w="60" w:type="dxa"/>
              <w:left w:w="60" w:type="dxa"/>
              <w:bottom w:w="60" w:type="dxa"/>
              <w:right w:w="60" w:type="dxa"/>
            </w:tcMar>
            <w:tcBorders>
              <w:top w:val="single" w:sz="30" w:space="0" w:color="C0392B"/>
              <w:left w:val="single" w:sz="30" w:space="0" w:color="C0392B"/>
              <w:bottom w:val="single" w:sz="30" w:space="0" w:color="C0392B"/>
              <w:right w:val="single" w:sz="30" w:space="0" w:color="C0392B"/>
            </w:tcBorders>
            <w:vAlign w:val="center"/>
          </w:tcPr>
          <w:p>
            <w:pPr>
              <w:spacing w:after="40" w:before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261872" cy="1261872"/>
                  <wp:docPr id="47" name="Picture 47" descr="picture card: all done" title="picture card: all done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ll-done.png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1872" cy="126187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1D2B36"/>
                <w:sz w:val="34"/>
              </w:rPr>
              <w:t>all done</w:t>
            </w:r>
          </w:p>
        </w:tc>
        <w:tc>
          <w:tcPr>
            <w:tcW w:type="dxa" w:w="2952"/>
            <w:tcMar>
              <w:top w:w="60" w:type="dxa"/>
              <w:left w:w="60" w:type="dxa"/>
              <w:bottom w:w="60" w:type="dxa"/>
              <w:right w:w="60" w:type="dxa"/>
            </w:tcMar>
            <w:tcBorders>
              <w:top w:val="single" w:sz="30" w:space="0" w:color="C0392B"/>
              <w:left w:val="single" w:sz="30" w:space="0" w:color="C0392B"/>
              <w:bottom w:val="single" w:sz="30" w:space="0" w:color="C0392B"/>
              <w:right w:val="single" w:sz="30" w:space="0" w:color="C0392B"/>
            </w:tcBorders>
            <w:vAlign w:val="center"/>
          </w:tcPr>
          <w:p>
            <w:pPr>
              <w:spacing w:after="40" w:before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261872" cy="1261872"/>
                  <wp:docPr id="48" name="Picture 48" descr="picture card: wait" title="picture card: wait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wait.png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1872" cy="126187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1D2B36"/>
                <w:sz w:val="34"/>
              </w:rPr>
              <w:t>wait</w:t>
            </w:r>
          </w:p>
        </w:tc>
        <w:tc>
          <w:tcPr>
            <w:tcW w:type="dxa" w:w="2952"/>
            <w:tcMar>
              <w:top w:w="60" w:type="dxa"/>
              <w:left w:w="60" w:type="dxa"/>
              <w:bottom w:w="60" w:type="dxa"/>
              <w:right w:w="60" w:type="dxa"/>
            </w:tcMar>
            <w:tcBorders>
              <w:top w:val="single" w:sz="30" w:space="0" w:color="C0392B"/>
              <w:left w:val="single" w:sz="30" w:space="0" w:color="C0392B"/>
              <w:bottom w:val="single" w:sz="30" w:space="0" w:color="C0392B"/>
              <w:right w:val="single" w:sz="30" w:space="0" w:color="C0392B"/>
            </w:tcBorders>
            <w:vAlign w:val="center"/>
          </w:tcPr>
          <w:p>
            <w:pPr>
              <w:spacing w:after="40" w:before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261872" cy="1261872"/>
                  <wp:docPr id="49" name="Picture 49" descr="picture card: break" title="picture card: break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reak.png"/>
                          <pic:cNvPicPr/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1872" cy="126187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1D2B36"/>
                <w:sz w:val="34"/>
              </w:rPr>
              <w:t>break</w:t>
            </w:r>
          </w:p>
        </w:tc>
      </w:tr>
      <w:tr>
        <w:trPr>
          <w:cantSplit/>
          <w:trHeight w:val="2909" w:hRule="exact"/>
        </w:trPr>
        <w:tc>
          <w:tcPr>
            <w:tcW w:type="dxa" w:w="2952"/>
            <w:tcMar>
              <w:top w:w="60" w:type="dxa"/>
              <w:left w:w="60" w:type="dxa"/>
              <w:bottom w:w="60" w:type="dxa"/>
              <w:right w:w="60" w:type="dxa"/>
            </w:tcMar>
            <w:tcBorders>
              <w:top w:val="single" w:sz="30" w:space="0" w:color="C0392B"/>
              <w:left w:val="single" w:sz="30" w:space="0" w:color="C0392B"/>
              <w:bottom w:val="single" w:sz="30" w:space="0" w:color="C0392B"/>
              <w:right w:val="single" w:sz="30" w:space="0" w:color="C0392B"/>
            </w:tcBorders>
            <w:vAlign w:val="center"/>
          </w:tcPr>
          <w:p>
            <w:pPr>
              <w:spacing w:after="40" w:before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261872" cy="1261872"/>
                  <wp:docPr id="50" name="Picture 50" descr="picture card: help" title="picture card: help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help.png"/>
                          <pic:cNvPicPr/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1872" cy="126187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1D2B36"/>
                <w:sz w:val="34"/>
              </w:rPr>
              <w:t>help</w:t>
            </w:r>
          </w:p>
        </w:tc>
        <w:tc>
          <w:tcPr>
            <w:tcW w:type="dxa" w:w="2952"/>
            <w:tcMar>
              <w:top w:w="60" w:type="dxa"/>
              <w:left w:w="60" w:type="dxa"/>
              <w:bottom w:w="60" w:type="dxa"/>
              <w:right w:w="60" w:type="dxa"/>
            </w:tcMar>
            <w:tcBorders>
              <w:top w:val="single" w:sz="30" w:space="0" w:color="C0392B"/>
              <w:left w:val="single" w:sz="30" w:space="0" w:color="C0392B"/>
              <w:bottom w:val="single" w:sz="30" w:space="0" w:color="C0392B"/>
              <w:right w:val="single" w:sz="30" w:space="0" w:color="C0392B"/>
            </w:tcBorders>
            <w:vAlign w:val="center"/>
          </w:tcPr>
          <w:p>
            <w:pPr>
              <w:spacing w:after="40" w:before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261872" cy="1261872"/>
                  <wp:docPr id="51" name="Picture 51" descr="picture card: change" title="picture card: change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change.png"/>
                          <pic:cNvPicPr/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1872" cy="126187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1D2B36"/>
                <w:sz w:val="34"/>
              </w:rPr>
              <w:t>change</w:t>
            </w:r>
          </w:p>
        </w:tc>
        <w:tc>
          <w:tcPr>
            <w:tcW w:type="dxa" w:w="2952"/>
            <w:tcMar>
              <w:top w:w="60" w:type="dxa"/>
              <w:left w:w="60" w:type="dxa"/>
              <w:bottom w:w="60" w:type="dxa"/>
              <w:right w:w="60" w:type="dxa"/>
            </w:tcMar>
            <w:tcBorders>
              <w:top w:val="single" w:sz="30" w:space="0" w:color="C0392B"/>
              <w:left w:val="single" w:sz="30" w:space="0" w:color="C0392B"/>
              <w:bottom w:val="single" w:sz="30" w:space="0" w:color="C0392B"/>
              <w:right w:val="single" w:sz="30" w:space="0" w:color="C0392B"/>
            </w:tcBorders>
            <w:vAlign w:val="center"/>
          </w:tcPr>
          <w:p>
            <w:pPr>
              <w:spacing w:after="40" w:before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261872" cy="1261872"/>
                  <wp:docPr id="52" name="Picture 52" descr="picture card: first" title="picture card: first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first.png"/>
                          <pic:cNvPicPr/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1872" cy="126187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1D2B36"/>
                <w:sz w:val="34"/>
              </w:rPr>
              <w:t>first</w:t>
            </w:r>
          </w:p>
        </w:tc>
      </w:tr>
      <w:tr>
        <w:trPr>
          <w:cantSplit/>
          <w:trHeight w:val="2909" w:hRule="exact"/>
        </w:trPr>
        <w:tc>
          <w:tcPr>
            <w:tcW w:type="dxa" w:w="2952"/>
            <w:tcMar>
              <w:top w:w="60" w:type="dxa"/>
              <w:left w:w="60" w:type="dxa"/>
              <w:bottom w:w="60" w:type="dxa"/>
              <w:right w:w="60" w:type="dxa"/>
            </w:tcMar>
            <w:tcBorders>
              <w:top w:val="single" w:sz="30" w:space="0" w:color="C0392B"/>
              <w:left w:val="single" w:sz="30" w:space="0" w:color="C0392B"/>
              <w:bottom w:val="single" w:sz="30" w:space="0" w:color="C0392B"/>
              <w:right w:val="single" w:sz="30" w:space="0" w:color="C0392B"/>
            </w:tcBorders>
            <w:vAlign w:val="center"/>
          </w:tcPr>
          <w:p>
            <w:pPr>
              <w:spacing w:after="40" w:before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261872" cy="1261872"/>
                  <wp:docPr id="53" name="Picture 53" descr="picture card: then" title="picture card: then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hen.png"/>
                          <pic:cNvPicPr/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1872" cy="1261872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1D2B36"/>
                <w:sz w:val="34"/>
              </w:rPr>
              <w:t>then</w:t>
            </w:r>
          </w:p>
        </w:tc>
        <w:tc>
          <w:tcPr>
            <w:tcW w:type="dxa" w:w="2952"/>
            <w:tcMar>
              <w:top w:w="60" w:type="dxa"/>
              <w:left w:w="60" w:type="dxa"/>
              <w:bottom w:w="60" w:type="dxa"/>
              <w:right w:w="60" w:type="dxa"/>
            </w:tcMar>
            <w:tcBorders>
              <w:top w:val="single" w:sz="30" w:space="0" w:color="7A8B98"/>
              <w:left w:val="single" w:sz="30" w:space="0" w:color="7A8B98"/>
              <w:bottom w:val="single" w:sz="30" w:space="0" w:color="7A8B98"/>
              <w:right w:val="single" w:sz="30" w:space="0" w:color="7A8B98"/>
            </w:tcBorders>
            <w:vAlign w:val="center"/>
          </w:tcPr>
          <w:p>
            <w:pPr>
              <w:spacing w:after="40" w:before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88720" cy="1188720"/>
                  <wp:docPr id="54" name="Picture 54" descr="blank picture space" title="blank picture space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lank.png"/>
                          <pic:cNvPicPr/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720" cy="118872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8AA5BC"/>
                <w:sz w:val="28"/>
              </w:rPr>
              <w:t>type a word</w:t>
            </w:r>
          </w:p>
        </w:tc>
        <w:tc>
          <w:tcPr>
            <w:tcW w:type="dxa" w:w="2952"/>
            <w:tcMar>
              <w:top w:w="60" w:type="dxa"/>
              <w:left w:w="60" w:type="dxa"/>
              <w:bottom w:w="60" w:type="dxa"/>
              <w:right w:w="60" w:type="dxa"/>
            </w:tcMar>
            <w:tcBorders>
              <w:top w:val="single" w:sz="30" w:space="0" w:color="7A8B98"/>
              <w:left w:val="single" w:sz="30" w:space="0" w:color="7A8B98"/>
              <w:bottom w:val="single" w:sz="30" w:space="0" w:color="7A8B98"/>
              <w:right w:val="single" w:sz="30" w:space="0" w:color="7A8B98"/>
            </w:tcBorders>
            <w:vAlign w:val="center"/>
          </w:tcPr>
          <w:p>
            <w:pPr>
              <w:spacing w:after="40" w:before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88720" cy="1188720"/>
                  <wp:docPr id="55" name="Picture 55" descr="blank picture space" title="blank picture space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lank.png"/>
                          <pic:cNvPicPr/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720" cy="118872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8AA5BC"/>
                <w:sz w:val="28"/>
              </w:rPr>
              <w:t>type a word</w:t>
            </w:r>
          </w:p>
        </w:tc>
      </w:tr>
      <w:tr>
        <w:trPr>
          <w:cantSplit/>
          <w:trHeight w:val="2909" w:hRule="exact"/>
        </w:trPr>
        <w:tc>
          <w:tcPr>
            <w:tcW w:type="dxa" w:w="2952"/>
            <w:tcMar>
              <w:top w:w="60" w:type="dxa"/>
              <w:left w:w="60" w:type="dxa"/>
              <w:bottom w:w="60" w:type="dxa"/>
              <w:right w:w="60" w:type="dxa"/>
            </w:tcMar>
            <w:tcBorders>
              <w:top w:val="single" w:sz="30" w:space="0" w:color="7A8B98"/>
              <w:left w:val="single" w:sz="30" w:space="0" w:color="7A8B98"/>
              <w:bottom w:val="single" w:sz="30" w:space="0" w:color="7A8B98"/>
              <w:right w:val="single" w:sz="30" w:space="0" w:color="7A8B98"/>
            </w:tcBorders>
            <w:vAlign w:val="center"/>
          </w:tcPr>
          <w:p>
            <w:pPr>
              <w:spacing w:after="40" w:before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88720" cy="1188720"/>
                  <wp:docPr id="56" name="Picture 56" descr="blank picture space" title="blank picture space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lank.png"/>
                          <pic:cNvPicPr/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720" cy="118872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8AA5BC"/>
                <w:sz w:val="28"/>
              </w:rPr>
              <w:t>type a word</w:t>
            </w:r>
          </w:p>
        </w:tc>
        <w:tc>
          <w:tcPr>
            <w:tcW w:type="dxa" w:w="2952"/>
            <w:tcMar>
              <w:top w:w="60" w:type="dxa"/>
              <w:left w:w="60" w:type="dxa"/>
              <w:bottom w:w="60" w:type="dxa"/>
              <w:right w:w="60" w:type="dxa"/>
            </w:tcMar>
            <w:tcBorders>
              <w:top w:val="single" w:sz="30" w:space="0" w:color="7A8B98"/>
              <w:left w:val="single" w:sz="30" w:space="0" w:color="7A8B98"/>
              <w:bottom w:val="single" w:sz="30" w:space="0" w:color="7A8B98"/>
              <w:right w:val="single" w:sz="30" w:space="0" w:color="7A8B98"/>
            </w:tcBorders>
            <w:vAlign w:val="center"/>
          </w:tcPr>
          <w:p>
            <w:pPr>
              <w:spacing w:after="40" w:before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188720" cy="1188720"/>
                  <wp:docPr id="57" name="Picture 57" descr="blank picture space" title="blank picture space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lank.png"/>
                          <pic:cNvPicPr/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720" cy="118872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240" w:lineRule="auto"/>
              <w:jc w:val="center"/>
            </w:pPr>
            <w:r>
              <w:rPr>
                <w:b/>
                <w:i w:val="0"/>
                <w:color w:val="8AA5BC"/>
                <w:sz w:val="28"/>
              </w:rPr>
              <w:t>type a word</w:t>
            </w:r>
          </w:p>
        </w:tc>
        <w:tc>
          <w:tcPr>
            <w:tcW w:type="dxa" w:w="2952"/>
            <w:tcMar>
              <w:top w:w="60" w:type="dxa"/>
              <w:left w:w="60" w:type="dxa"/>
              <w:bottom w:w="60" w:type="dxa"/>
              <w:right w:w="60" w:type="dxa"/>
            </w:tcMar>
            <w:tcBorders>
              <w:top w:val="dashed" w:sz="8" w:space="0" w:color="8AA5BC"/>
              <w:left w:val="dashed" w:sz="8" w:space="0" w:color="8AA5BC"/>
              <w:bottom w:val="dashed" w:sz="8" w:space="0" w:color="8AA5BC"/>
              <w:right w:val="dashed" w:sz="8" w:space="0" w:color="8AA5BC"/>
            </w:tcBorders>
            <w:vAlign w:val="center"/>
          </w:tcPr>
          <w:p>
            <w:pPr>
              <w:jc w:val="center"/>
            </w:pPr>
            <w:r>
              <w:rPr>
                <w:b w:val="0"/>
                <w:i w:val="0"/>
                <w:color w:val="8AA5BC"/>
                <w:sz w:val="18"/>
              </w:rPr>
              <w:t>empty box: paste a card here</w:t>
            </w:r>
          </w:p>
        </w:tc>
      </w:tr>
    </w:tbl>
    <w:p>
      <w:pPr>
        <w:spacing w:after="0" w:before="0" w:line="240" w:lineRule="auto"/>
      </w:pPr>
      <w:r>
        <w:rPr>
          <w:b w:val="0"/>
          <w:i w:val="0"/>
          <w:sz w:val="4"/>
        </w:rPr>
        <w:t xml:space="preserve"> 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864" w:bottom="1152" w:left="864" w:header="504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10512" w:val="right"/>
      </w:tabs>
      <w:pBdr>
        <w:top w:val="single" w:sz="12" w:space="4" w:color="0D5487"/>
      </w:pBdr>
    </w:pPr>
    <w:r>
      <w:drawing>
        <wp:inline xmlns:a="http://schemas.openxmlformats.org/drawingml/2006/main" xmlns:pic="http://schemas.openxmlformats.org/drawingml/2006/picture">
          <wp:extent cx="457200" cy="154132"/>
          <wp:docPr id="1" name="Picture 1" descr="GentleCare Therapy logo" title="GentleCare Therapy logo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57200" cy="154132"/>
                  </a:xfrm>
                  <a:prstGeom prst="rect"/>
                </pic:spPr>
              </pic:pic>
            </a:graphicData>
          </a:graphic>
        </wp:inline>
      </w:drawing>
    </w:r>
    <w:r>
      <w:rPr>
        <w:b w:val="0"/>
        <w:i w:val="0"/>
        <w:color w:val="004366"/>
        <w:sz w:val="18"/>
      </w:rPr>
      <w:t xml:space="preserve">   gentlecaretherapy.com  ·  Call/Text (856) 484-5535</w:t>
      <w:tab/>
      <w:t xml:space="preserve">Page </w:t>
    </w:r>
    <w:r>
      <w:rPr>
        <w:color w:val="004366"/>
        <w:sz w:val="18"/>
      </w:rPr>
      <w:fldChar w:fldCharType="begin"/>
    </w:r>
    <w:r>
      <w:rPr>
        <w:color w:val="004366"/>
        <w:sz w:val="18"/>
      </w:rPr>
      <w:instrText xml:space="preserve"> PAGE </w:instrText>
    </w:r>
    <w:r>
      <w:rPr>
        <w:color w:val="004366"/>
        <w:sz w:val="18"/>
      </w:rPr>
      <w:fldChar w:fldCharType="separate"/>
    </w:r>
    <w:r>
      <w:rPr>
        <w:color w:val="004366"/>
        <w:sz w:val="18"/>
      </w:rPr>
      <w:t>1</w:t>
    </w:r>
    <w:r>
      <w:rPr>
        <w:color w:val="004366"/>
        <w:sz w:val="18"/>
      </w:rPr>
      <w:fldChar w:fldCharType="end"/>
    </w:r>
    <w:r>
      <w:rPr>
        <w:b w:val="0"/>
        <w:i w:val="0"/>
        <w:color w:val="004366"/>
        <w:sz w:val="18"/>
      </w:rPr>
      <w:t xml:space="preserve"> of </w:t>
    </w:r>
    <w:r>
      <w:rPr>
        <w:color w:val="004366"/>
        <w:sz w:val="18"/>
      </w:rPr>
      <w:fldChar w:fldCharType="begin"/>
    </w:r>
    <w:r>
      <w:rPr>
        <w:color w:val="004366"/>
        <w:sz w:val="18"/>
      </w:rPr>
      <w:instrText xml:space="preserve"> NUMPAGES </w:instrText>
    </w:r>
    <w:r>
      <w:rPr>
        <w:color w:val="004366"/>
        <w:sz w:val="18"/>
      </w:rPr>
      <w:fldChar w:fldCharType="separate"/>
    </w:r>
    <w:r>
      <w:rPr>
        <w:color w:val="004366"/>
        <w:sz w:val="18"/>
      </w:rPr>
      <w:t>1</w:t>
    </w:r>
    <w:r>
      <w:rPr>
        <w:color w:val="004366"/>
        <w:sz w:val="18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10512" w:val="right"/>
      </w:tabs>
      <w:spacing w:after="0"/>
      <w:pBdr>
        <w:bottom w:val="single" w:sz="24" w:space="4" w:color="0D5487"/>
      </w:pBdr>
    </w:pPr>
    <w:r>
      <w:drawing>
        <wp:inline xmlns:a="http://schemas.openxmlformats.org/drawingml/2006/main" xmlns:pic="http://schemas.openxmlformats.org/drawingml/2006/picture">
          <wp:extent cx="1143000" cy="384810"/>
          <wp:docPr id="1" name="Picture 1" descr="GentleCare Therapy logo" title="GentleCare Therapy logo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big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43000" cy="384810"/>
                  </a:xfrm>
                  <a:prstGeom prst="rect"/>
                </pic:spPr>
              </pic:pic>
            </a:graphicData>
          </a:graphic>
        </wp:inline>
      </w:drawing>
    </w:r>
    <w:r>
      <w:rPr>
        <w:b w:val="0"/>
        <w:i w:val="0"/>
      </w:rPr>
      <w:tab/>
    </w:r>
    <w:r>
      <w:rPr>
        <w:b/>
        <w:i w:val="0"/>
        <w:color w:val="FFFFFF"/>
        <w:sz w:val="17"/>
        <w:shd w:val="clear" w:color="auto" w:fill="004366"/>
        <w:spacing w:val="24"/>
      </w:rPr>
      <w:t xml:space="preserve"> PARENT HANDOUT 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 w:line="264" w:lineRule="auto"/>
    </w:pPr>
    <w:rPr>
      <w:rFonts w:ascii="Arial" w:hAnsi="Arial" w:eastAsia="Arial"/>
      <w:color w:val="1D2B36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20"/>
      <w:outlineLvl w:val="0"/>
    </w:pPr>
    <w:rPr>
      <w:rFonts w:ascii="Georgia" w:hAnsi="Georgia" w:eastAsia="Georgia" w:cs="Georgia"/>
      <w:b/>
      <w:bCs/>
      <w:i w:val="0"/>
      <w:color w:val="004366"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0" w:after="120"/>
      <w:outlineLvl w:val="1"/>
    </w:pPr>
    <w:rPr>
      <w:rFonts w:ascii="Georgia" w:hAnsi="Georgia" w:eastAsia="Georgia" w:cs="Georgia"/>
      <w:b/>
      <w:bCs/>
      <w:i w:val="0"/>
      <w:color w:val="004366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40" w:lineRule="auto" w:before="0"/>
      <w:contextualSpacing/>
    </w:pPr>
    <w:rPr>
      <w:rFonts w:ascii="Georgia" w:hAnsi="Georgia" w:eastAsia="Georgia" w:cs="Georgia"/>
      <w:b/>
      <w:i w:val="0"/>
      <w:color w:val="004366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gentlecaretherapy.com/visual-schedules-making-routines-predictable/" TargetMode="External"/><Relationship Id="rId12" Type="http://schemas.openxmlformats.org/officeDocument/2006/relationships/image" Target="media/image3.png"/><Relationship Id="rId13" Type="http://schemas.openxmlformats.org/officeDocument/2006/relationships/image" Target="media/image4.png"/><Relationship Id="rId14" Type="http://schemas.openxmlformats.org/officeDocument/2006/relationships/image" Target="media/image5.png"/><Relationship Id="rId15" Type="http://schemas.openxmlformats.org/officeDocument/2006/relationships/image" Target="media/image6.png"/><Relationship Id="rId16" Type="http://schemas.openxmlformats.org/officeDocument/2006/relationships/image" Target="media/image7.png"/><Relationship Id="rId17" Type="http://schemas.openxmlformats.org/officeDocument/2006/relationships/image" Target="media/image8.png"/><Relationship Id="rId18" Type="http://schemas.openxmlformats.org/officeDocument/2006/relationships/image" Target="media/image9.png"/><Relationship Id="rId19" Type="http://schemas.openxmlformats.org/officeDocument/2006/relationships/image" Target="media/image10.png"/><Relationship Id="rId20" Type="http://schemas.openxmlformats.org/officeDocument/2006/relationships/image" Target="media/image11.png"/><Relationship Id="rId21" Type="http://schemas.openxmlformats.org/officeDocument/2006/relationships/image" Target="media/image12.png"/><Relationship Id="rId22" Type="http://schemas.openxmlformats.org/officeDocument/2006/relationships/image" Target="media/image13.png"/><Relationship Id="rId23" Type="http://schemas.openxmlformats.org/officeDocument/2006/relationships/hyperlink" Target="https://gentlecaretherapy.com/using-first-then-statements-to-support-young-children/" TargetMode="External"/><Relationship Id="rId24" Type="http://schemas.openxmlformats.org/officeDocument/2006/relationships/image" Target="media/image14.png"/><Relationship Id="rId25" Type="http://schemas.openxmlformats.org/officeDocument/2006/relationships/image" Target="media/image15.png"/><Relationship Id="rId26" Type="http://schemas.openxmlformats.org/officeDocument/2006/relationships/image" Target="media/image16.png"/><Relationship Id="rId27" Type="http://schemas.openxmlformats.org/officeDocument/2006/relationships/image" Target="media/image17.png"/><Relationship Id="rId28" Type="http://schemas.openxmlformats.org/officeDocument/2006/relationships/image" Target="media/image18.png"/><Relationship Id="rId29" Type="http://schemas.openxmlformats.org/officeDocument/2006/relationships/image" Target="media/image19.png"/><Relationship Id="rId30" Type="http://schemas.openxmlformats.org/officeDocument/2006/relationships/image" Target="media/image20.png"/><Relationship Id="rId31" Type="http://schemas.openxmlformats.org/officeDocument/2006/relationships/image" Target="media/image21.png"/><Relationship Id="rId32" Type="http://schemas.openxmlformats.org/officeDocument/2006/relationships/image" Target="media/image22.png"/><Relationship Id="rId33" Type="http://schemas.openxmlformats.org/officeDocument/2006/relationships/image" Target="media/image23.png"/><Relationship Id="rId34" Type="http://schemas.openxmlformats.org/officeDocument/2006/relationships/image" Target="media/image24.png"/><Relationship Id="rId35" Type="http://schemas.openxmlformats.org/officeDocument/2006/relationships/image" Target="media/image25.png"/><Relationship Id="rId36" Type="http://schemas.openxmlformats.org/officeDocument/2006/relationships/image" Target="media/image26.png"/><Relationship Id="rId37" Type="http://schemas.openxmlformats.org/officeDocument/2006/relationships/image" Target="media/image27.png"/><Relationship Id="rId38" Type="http://schemas.openxmlformats.org/officeDocument/2006/relationships/image" Target="media/image28.png"/><Relationship Id="rId39" Type="http://schemas.openxmlformats.org/officeDocument/2006/relationships/image" Target="media/image29.png"/><Relationship Id="rId40" Type="http://schemas.openxmlformats.org/officeDocument/2006/relationships/image" Target="media/image30.png"/><Relationship Id="rId41" Type="http://schemas.openxmlformats.org/officeDocument/2006/relationships/image" Target="media/image31.png"/><Relationship Id="rId42" Type="http://schemas.openxmlformats.org/officeDocument/2006/relationships/image" Target="media/image32.png"/><Relationship Id="rId43" Type="http://schemas.openxmlformats.org/officeDocument/2006/relationships/image" Target="media/image33.png"/><Relationship Id="rId44" Type="http://schemas.openxmlformats.org/officeDocument/2006/relationships/image" Target="media/image34.png"/><Relationship Id="rId45" Type="http://schemas.openxmlformats.org/officeDocument/2006/relationships/image" Target="media/image35.png"/><Relationship Id="rId46" Type="http://schemas.openxmlformats.org/officeDocument/2006/relationships/image" Target="media/image36.png"/><Relationship Id="rId47" Type="http://schemas.openxmlformats.org/officeDocument/2006/relationships/image" Target="media/image37.png"/><Relationship Id="rId48" Type="http://schemas.openxmlformats.org/officeDocument/2006/relationships/image" Target="media/image38.png"/><Relationship Id="rId49" Type="http://schemas.openxmlformats.org/officeDocument/2006/relationships/image" Target="media/image39.png"/><Relationship Id="rId50" Type="http://schemas.openxmlformats.org/officeDocument/2006/relationships/image" Target="media/image40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Visual Schedule Printable for Kids | GentleCare Therapy</dc:title>
  <dc:subject>Editable picture schedule for kids</dc:subject>
  <dc:creator>GentleCare Therapy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